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ook w:val="04A0" w:firstRow="1" w:lastRow="0" w:firstColumn="1" w:lastColumn="0" w:noHBand="0" w:noVBand="1"/>
      </w:tblPr>
      <w:tblGrid>
        <w:gridCol w:w="10286"/>
      </w:tblGrid>
      <w:tr w:rsidR="00FE6E33" w:rsidRPr="00127447" w14:paraId="222FA77F" w14:textId="77777777" w:rsidTr="00284BB6">
        <w:trPr>
          <w:trHeight w:val="988"/>
          <w:jc w:val="center"/>
        </w:trPr>
        <w:tc>
          <w:tcPr>
            <w:tcW w:w="10534" w:type="dxa"/>
            <w:tcBorders>
              <w:top w:val="single" w:sz="10" w:space="0" w:color="9FBAD0"/>
              <w:left w:val="single" w:sz="10" w:space="0" w:color="9FBAD0"/>
              <w:bottom w:val="single" w:sz="10" w:space="0" w:color="9FBAD0"/>
              <w:right w:val="single" w:sz="10" w:space="0" w:color="9FBAD0"/>
            </w:tcBorders>
            <w:shd w:val="clear" w:color="auto" w:fill="auto"/>
            <w:tcMar>
              <w:top w:w="100" w:type="dxa"/>
              <w:left w:w="120" w:type="dxa"/>
              <w:bottom w:w="100" w:type="dxa"/>
              <w:right w:w="120" w:type="dxa"/>
            </w:tcMar>
          </w:tcPr>
          <w:p w14:paraId="76E75378" w14:textId="77777777" w:rsidR="00FE6E33" w:rsidRPr="00127447" w:rsidRDefault="00975144">
            <w:pPr>
              <w:spacing w:after="0" w:line="240" w:lineRule="auto"/>
              <w:jc w:val="center"/>
              <w:rPr>
                <w:rFonts w:asciiTheme="majorHAnsi" w:hAnsiTheme="majorHAnsi" w:cstheme="majorHAnsi"/>
                <w:b/>
                <w:color w:val="C00000"/>
                <w:sz w:val="26"/>
              </w:rPr>
            </w:pPr>
            <w:r w:rsidRPr="00127447">
              <w:rPr>
                <w:rFonts w:asciiTheme="majorHAnsi" w:hAnsiTheme="majorHAnsi" w:cstheme="majorHAnsi"/>
                <w:b/>
                <w:color w:val="C00000"/>
                <w:sz w:val="26"/>
              </w:rPr>
              <w:t>RICHIESTA DI AUTORIZZAZIONE ALLO SVOLGIMENTO</w:t>
            </w:r>
            <w:r w:rsidRPr="00127447">
              <w:rPr>
                <w:rFonts w:asciiTheme="majorHAnsi" w:hAnsiTheme="majorHAnsi" w:cstheme="majorHAnsi"/>
                <w:b/>
                <w:color w:val="C00000"/>
                <w:sz w:val="26"/>
              </w:rPr>
              <w:br/>
              <w:t>DI INCARICO EXTRA-ISTITUZIONALE</w:t>
            </w:r>
          </w:p>
          <w:p w14:paraId="4881448D" w14:textId="625DBA07" w:rsidR="007F70F6" w:rsidRPr="00127447" w:rsidRDefault="007F70F6">
            <w:pPr>
              <w:spacing w:after="0" w:line="240" w:lineRule="auto"/>
              <w:jc w:val="center"/>
              <w:rPr>
                <w:rFonts w:asciiTheme="majorHAnsi" w:hAnsiTheme="majorHAnsi" w:cstheme="majorHAnsi"/>
              </w:rPr>
            </w:pPr>
            <w:r w:rsidRPr="00127447">
              <w:rPr>
                <w:rFonts w:asciiTheme="majorHAnsi" w:hAnsiTheme="majorHAnsi" w:cstheme="majorHAnsi"/>
                <w:b/>
                <w:color w:val="C00000"/>
                <w:sz w:val="22"/>
                <w:szCs w:val="18"/>
              </w:rPr>
              <w:t xml:space="preserve">Ai sensi del </w:t>
            </w:r>
            <w:r w:rsidR="000031C8" w:rsidRPr="00127447">
              <w:rPr>
                <w:rFonts w:asciiTheme="majorHAnsi" w:hAnsiTheme="majorHAnsi" w:cstheme="majorHAnsi"/>
                <w:b/>
                <w:color w:val="C00000"/>
                <w:sz w:val="22"/>
                <w:szCs w:val="18"/>
              </w:rPr>
              <w:t>“</w:t>
            </w:r>
            <w:r w:rsidRPr="00127447">
              <w:rPr>
                <w:rFonts w:asciiTheme="majorHAnsi" w:hAnsiTheme="majorHAnsi" w:cstheme="majorHAnsi"/>
                <w:b/>
                <w:i/>
                <w:iCs/>
                <w:color w:val="C00000"/>
                <w:sz w:val="22"/>
                <w:szCs w:val="18"/>
              </w:rPr>
              <w:t xml:space="preserve">Regolamento </w:t>
            </w:r>
            <w:r w:rsidR="000B156E" w:rsidRPr="00127447">
              <w:rPr>
                <w:rFonts w:asciiTheme="majorHAnsi" w:hAnsiTheme="majorHAnsi" w:cstheme="majorHAnsi"/>
                <w:b/>
                <w:i/>
                <w:iCs/>
                <w:color w:val="C00000"/>
                <w:sz w:val="22"/>
                <w:szCs w:val="18"/>
              </w:rPr>
              <w:t xml:space="preserve">in materia di incarichi extra istituzionali </w:t>
            </w:r>
            <w:r w:rsidR="009234CC" w:rsidRPr="00127447">
              <w:rPr>
                <w:rFonts w:asciiTheme="majorHAnsi" w:hAnsiTheme="majorHAnsi" w:cstheme="majorHAnsi"/>
                <w:b/>
                <w:i/>
                <w:iCs/>
                <w:color w:val="C00000"/>
                <w:sz w:val="22"/>
                <w:szCs w:val="18"/>
              </w:rPr>
              <w:t>personale docente e ricercatore</w:t>
            </w:r>
            <w:r w:rsidR="000031C8" w:rsidRPr="00127447">
              <w:rPr>
                <w:rFonts w:asciiTheme="majorHAnsi" w:hAnsiTheme="majorHAnsi" w:cstheme="majorHAnsi"/>
                <w:b/>
                <w:i/>
                <w:iCs/>
                <w:color w:val="C00000"/>
                <w:sz w:val="22"/>
                <w:szCs w:val="18"/>
              </w:rPr>
              <w:t>”</w:t>
            </w:r>
            <w:r w:rsidR="009234CC" w:rsidRPr="00127447">
              <w:rPr>
                <w:rFonts w:asciiTheme="majorHAnsi" w:hAnsiTheme="majorHAnsi" w:cstheme="majorHAnsi"/>
                <w:b/>
                <w:color w:val="C00000"/>
                <w:sz w:val="22"/>
                <w:szCs w:val="18"/>
              </w:rPr>
              <w:t xml:space="preserve"> </w:t>
            </w:r>
            <w:r w:rsidR="000B156E" w:rsidRPr="00127447">
              <w:rPr>
                <w:rFonts w:asciiTheme="majorHAnsi" w:hAnsiTheme="majorHAnsi" w:cstheme="majorHAnsi"/>
                <w:b/>
                <w:color w:val="C00000"/>
                <w:sz w:val="22"/>
                <w:szCs w:val="18"/>
              </w:rPr>
              <w:t xml:space="preserve">- </w:t>
            </w:r>
            <w:r w:rsidR="00877AA3" w:rsidRPr="00127447">
              <w:rPr>
                <w:rFonts w:asciiTheme="majorHAnsi" w:hAnsiTheme="majorHAnsi" w:cstheme="majorHAnsi"/>
                <w:b/>
                <w:color w:val="C00000"/>
                <w:sz w:val="22"/>
                <w:szCs w:val="18"/>
              </w:rPr>
              <w:t xml:space="preserve">D.R </w:t>
            </w:r>
            <w:r w:rsidR="005A51F8" w:rsidRPr="00127447">
              <w:rPr>
                <w:rFonts w:asciiTheme="majorHAnsi" w:hAnsiTheme="majorHAnsi" w:cstheme="majorHAnsi"/>
                <w:b/>
                <w:color w:val="C00000"/>
                <w:sz w:val="22"/>
                <w:szCs w:val="18"/>
              </w:rPr>
              <w:t>n</w:t>
            </w:r>
            <w:r w:rsidR="00877AA3" w:rsidRPr="00127447">
              <w:rPr>
                <w:rFonts w:asciiTheme="majorHAnsi" w:hAnsiTheme="majorHAnsi" w:cstheme="majorHAnsi"/>
                <w:b/>
                <w:color w:val="C00000"/>
                <w:sz w:val="22"/>
                <w:szCs w:val="18"/>
              </w:rPr>
              <w:t>. 2538/2020</w:t>
            </w:r>
          </w:p>
        </w:tc>
      </w:tr>
      <w:tr w:rsidR="00FE6E33" w:rsidRPr="00127447" w14:paraId="4CAC097B" w14:textId="77777777" w:rsidTr="00284BB6">
        <w:trPr>
          <w:trHeight w:val="659"/>
          <w:jc w:val="center"/>
        </w:trPr>
        <w:tc>
          <w:tcPr>
            <w:tcW w:w="10534" w:type="dxa"/>
            <w:tcBorders>
              <w:top w:val="nil"/>
              <w:left w:val="nil"/>
              <w:bottom w:val="nil"/>
              <w:right w:val="nil"/>
            </w:tcBorders>
            <w:shd w:val="clear" w:color="auto" w:fill="auto"/>
            <w:tcMar>
              <w:top w:w="80" w:type="dxa"/>
              <w:left w:w="120" w:type="dxa"/>
              <w:bottom w:w="80" w:type="dxa"/>
              <w:right w:w="120" w:type="dxa"/>
            </w:tcMar>
          </w:tcPr>
          <w:p w14:paraId="6D09967F" w14:textId="77777777" w:rsidR="006C57F8" w:rsidRPr="00127447" w:rsidRDefault="006C57F8" w:rsidP="003438FC">
            <w:pPr>
              <w:spacing w:after="0"/>
              <w:rPr>
                <w:rFonts w:asciiTheme="majorHAnsi" w:hAnsiTheme="majorHAnsi" w:cstheme="majorHAnsi"/>
                <w:b/>
                <w:sz w:val="22"/>
                <w:szCs w:val="28"/>
              </w:rPr>
            </w:pPr>
          </w:p>
          <w:p w14:paraId="36AF9294" w14:textId="77777777" w:rsidR="00FE6E33" w:rsidRPr="00127447" w:rsidRDefault="003438FC" w:rsidP="003438FC">
            <w:pPr>
              <w:spacing w:after="0"/>
              <w:rPr>
                <w:rFonts w:asciiTheme="majorHAnsi" w:hAnsiTheme="majorHAnsi" w:cstheme="majorHAnsi"/>
                <w:b/>
                <w:sz w:val="22"/>
                <w:szCs w:val="28"/>
              </w:rPr>
            </w:pPr>
            <w:r w:rsidRPr="00127447">
              <w:rPr>
                <w:rFonts w:asciiTheme="majorHAnsi" w:hAnsiTheme="majorHAnsi" w:cstheme="majorHAnsi"/>
                <w:b/>
                <w:sz w:val="22"/>
                <w:szCs w:val="28"/>
              </w:rPr>
              <w:t>Al</w:t>
            </w:r>
            <w:r w:rsidR="006C57F8" w:rsidRPr="00127447">
              <w:rPr>
                <w:rFonts w:asciiTheme="majorHAnsi" w:hAnsiTheme="majorHAnsi" w:cstheme="majorHAnsi"/>
                <w:b/>
                <w:sz w:val="22"/>
                <w:szCs w:val="28"/>
              </w:rPr>
              <w:t>/la</w:t>
            </w:r>
            <w:r w:rsidR="00975144" w:rsidRPr="00127447">
              <w:rPr>
                <w:rFonts w:asciiTheme="majorHAnsi" w:hAnsiTheme="majorHAnsi" w:cstheme="majorHAnsi"/>
                <w:b/>
                <w:sz w:val="22"/>
                <w:szCs w:val="28"/>
              </w:rPr>
              <w:t xml:space="preserve"> Preside della Facoltà di ________________________________</w:t>
            </w:r>
            <w:r w:rsidR="00975144" w:rsidRPr="00127447">
              <w:rPr>
                <w:rFonts w:asciiTheme="majorHAnsi" w:hAnsiTheme="majorHAnsi" w:cstheme="majorHAnsi"/>
                <w:b/>
                <w:sz w:val="22"/>
                <w:szCs w:val="28"/>
              </w:rPr>
              <w:br/>
              <w:t xml:space="preserve">e, per il parere di competenza, </w:t>
            </w:r>
            <w:r w:rsidR="00537915" w:rsidRPr="00127447">
              <w:rPr>
                <w:rFonts w:asciiTheme="majorHAnsi" w:hAnsiTheme="majorHAnsi" w:cstheme="majorHAnsi"/>
                <w:b/>
                <w:sz w:val="22"/>
                <w:szCs w:val="28"/>
              </w:rPr>
              <w:t>a</w:t>
            </w:r>
            <w:r w:rsidRPr="00127447">
              <w:rPr>
                <w:rFonts w:asciiTheme="majorHAnsi" w:hAnsiTheme="majorHAnsi" w:cstheme="majorHAnsi"/>
                <w:b/>
                <w:sz w:val="22"/>
                <w:szCs w:val="28"/>
              </w:rPr>
              <w:t>l</w:t>
            </w:r>
            <w:r w:rsidR="006C57F8" w:rsidRPr="00127447">
              <w:rPr>
                <w:rFonts w:asciiTheme="majorHAnsi" w:hAnsiTheme="majorHAnsi" w:cstheme="majorHAnsi"/>
                <w:b/>
                <w:sz w:val="22"/>
                <w:szCs w:val="28"/>
              </w:rPr>
              <w:t>/la</w:t>
            </w:r>
            <w:r w:rsidRPr="00127447">
              <w:rPr>
                <w:rFonts w:asciiTheme="majorHAnsi" w:hAnsiTheme="majorHAnsi" w:cstheme="majorHAnsi"/>
                <w:b/>
                <w:sz w:val="22"/>
                <w:szCs w:val="28"/>
              </w:rPr>
              <w:t xml:space="preserve"> </w:t>
            </w:r>
            <w:r w:rsidR="00975144" w:rsidRPr="00127447">
              <w:rPr>
                <w:rFonts w:asciiTheme="majorHAnsi" w:hAnsiTheme="majorHAnsi" w:cstheme="majorHAnsi"/>
                <w:b/>
                <w:sz w:val="22"/>
                <w:szCs w:val="28"/>
              </w:rPr>
              <w:t>Direttore</w:t>
            </w:r>
            <w:r w:rsidR="006C57F8" w:rsidRPr="00127447">
              <w:rPr>
                <w:rFonts w:asciiTheme="majorHAnsi" w:hAnsiTheme="majorHAnsi" w:cstheme="majorHAnsi"/>
                <w:b/>
                <w:sz w:val="22"/>
                <w:szCs w:val="28"/>
              </w:rPr>
              <w:t>/Direttrice</w:t>
            </w:r>
            <w:r w:rsidR="00975144" w:rsidRPr="00127447">
              <w:rPr>
                <w:rFonts w:asciiTheme="majorHAnsi" w:hAnsiTheme="majorHAnsi" w:cstheme="majorHAnsi"/>
                <w:b/>
                <w:sz w:val="22"/>
                <w:szCs w:val="28"/>
              </w:rPr>
              <w:t xml:space="preserve"> del Dipartimento di __________________________</w:t>
            </w:r>
          </w:p>
          <w:p w14:paraId="7434C0E1" w14:textId="77777777" w:rsidR="0094167F" w:rsidRPr="00127447" w:rsidRDefault="0094167F" w:rsidP="003438FC">
            <w:pPr>
              <w:spacing w:after="0"/>
              <w:rPr>
                <w:rFonts w:asciiTheme="majorHAnsi" w:hAnsiTheme="majorHAnsi" w:cstheme="majorHAnsi"/>
                <w:b/>
                <w:i/>
                <w:iCs/>
                <w:szCs w:val="28"/>
              </w:rPr>
            </w:pPr>
          </w:p>
          <w:p w14:paraId="42579D4C" w14:textId="363A434D" w:rsidR="0094167F" w:rsidRPr="00127447" w:rsidRDefault="0094167F" w:rsidP="003438FC">
            <w:pPr>
              <w:spacing w:after="0"/>
              <w:rPr>
                <w:rFonts w:asciiTheme="majorHAnsi" w:hAnsiTheme="majorHAnsi" w:cstheme="majorHAnsi"/>
                <w:b/>
                <w:i/>
                <w:iCs/>
                <w:szCs w:val="28"/>
              </w:rPr>
            </w:pPr>
            <w:r w:rsidRPr="00127447">
              <w:rPr>
                <w:rFonts w:asciiTheme="majorHAnsi" w:hAnsiTheme="majorHAnsi" w:cstheme="majorHAnsi"/>
                <w:b/>
                <w:i/>
                <w:iCs/>
                <w:szCs w:val="28"/>
              </w:rPr>
              <w:t xml:space="preserve">Mezzo mail o </w:t>
            </w:r>
            <w:proofErr w:type="spellStart"/>
            <w:r w:rsidRPr="00127447">
              <w:rPr>
                <w:rFonts w:asciiTheme="majorHAnsi" w:hAnsiTheme="majorHAnsi" w:cstheme="majorHAnsi"/>
                <w:b/>
                <w:i/>
                <w:iCs/>
                <w:szCs w:val="28"/>
              </w:rPr>
              <w:t>pec</w:t>
            </w:r>
            <w:proofErr w:type="spellEnd"/>
          </w:p>
          <w:p w14:paraId="1939778D" w14:textId="6EEE2D95" w:rsidR="0094167F" w:rsidRPr="00127447" w:rsidRDefault="0094167F" w:rsidP="003438FC">
            <w:pPr>
              <w:spacing w:after="0"/>
              <w:rPr>
                <w:rFonts w:asciiTheme="majorHAnsi" w:hAnsiTheme="majorHAnsi" w:cstheme="majorHAnsi"/>
                <w:b/>
                <w:i/>
                <w:iCs/>
              </w:rPr>
            </w:pPr>
          </w:p>
        </w:tc>
      </w:tr>
      <w:tr w:rsidR="00FE6E33" w:rsidRPr="00127447" w14:paraId="0498616C" w14:textId="77777777" w:rsidTr="00284BB6">
        <w:tblPrEx>
          <w:jc w:val="left"/>
          <w:shd w:val="clear" w:color="auto" w:fill="F2DBDB" w:themeFill="accent2" w:themeFillTint="33"/>
        </w:tblPrEx>
        <w:trPr>
          <w:trHeight w:val="455"/>
        </w:trPr>
        <w:tc>
          <w:tcPr>
            <w:tcW w:w="10534" w:type="dxa"/>
            <w:tcBorders>
              <w:top w:val="single" w:sz="8" w:space="0" w:color="D9E2F3"/>
              <w:left w:val="single" w:sz="8" w:space="0" w:color="D9E2F3"/>
              <w:bottom w:val="single" w:sz="8" w:space="0" w:color="D9E2F3"/>
              <w:right w:val="single" w:sz="8" w:space="0" w:color="D9E2F3"/>
            </w:tcBorders>
            <w:shd w:val="clear" w:color="auto" w:fill="F2DBDB" w:themeFill="accent2" w:themeFillTint="33"/>
            <w:tcMar>
              <w:top w:w="90" w:type="dxa"/>
              <w:left w:w="120" w:type="dxa"/>
              <w:bottom w:w="90" w:type="dxa"/>
              <w:right w:w="120" w:type="dxa"/>
            </w:tcMar>
          </w:tcPr>
          <w:p w14:paraId="053CB27F" w14:textId="5F4F6692" w:rsidR="00FE6E33" w:rsidRPr="00127447" w:rsidRDefault="00975144" w:rsidP="00BB397B">
            <w:pPr>
              <w:pStyle w:val="Small"/>
              <w:spacing w:after="0" w:line="240" w:lineRule="auto"/>
              <w:jc w:val="both"/>
              <w:rPr>
                <w:rFonts w:asciiTheme="majorHAnsi" w:hAnsiTheme="majorHAnsi" w:cstheme="majorHAnsi"/>
              </w:rPr>
            </w:pPr>
            <w:r w:rsidRPr="00127447">
              <w:rPr>
                <w:rFonts w:asciiTheme="majorHAnsi" w:hAnsiTheme="majorHAnsi" w:cstheme="majorHAnsi"/>
                <w:b/>
              </w:rPr>
              <w:t xml:space="preserve">Nota: </w:t>
            </w:r>
            <w:r w:rsidRPr="00127447">
              <w:rPr>
                <w:rFonts w:asciiTheme="majorHAnsi" w:hAnsiTheme="majorHAnsi" w:cstheme="majorHAnsi"/>
              </w:rPr>
              <w:t xml:space="preserve">il presente modulo è riferito agli incarichi extra-istituzionali soggetti ad autorizzazione. </w:t>
            </w:r>
            <w:r w:rsidR="00BB397B" w:rsidRPr="00127447">
              <w:rPr>
                <w:rFonts w:asciiTheme="majorHAnsi" w:hAnsiTheme="majorHAnsi" w:cstheme="majorHAnsi"/>
              </w:rPr>
              <w:t>Il modulo non si applica agli incarichi di insegnamento presso altre università o alla docenza esterna</w:t>
            </w:r>
            <w:r w:rsidR="0078070D" w:rsidRPr="00127447">
              <w:rPr>
                <w:rFonts w:asciiTheme="majorHAnsi" w:hAnsiTheme="majorHAnsi" w:cstheme="majorHAnsi"/>
              </w:rPr>
              <w:t>.</w:t>
            </w:r>
          </w:p>
        </w:tc>
      </w:tr>
    </w:tbl>
    <w:p w14:paraId="64DE10F3" w14:textId="77777777" w:rsidR="00FE6E33" w:rsidRPr="00127447" w:rsidRDefault="00975144">
      <w:pPr>
        <w:pStyle w:val="SectionHead"/>
        <w:spacing w:before="120" w:after="60" w:line="240" w:lineRule="auto"/>
        <w:rPr>
          <w:rFonts w:asciiTheme="majorHAnsi" w:hAnsiTheme="majorHAnsi" w:cstheme="majorHAnsi"/>
          <w:color w:val="C00000"/>
        </w:rPr>
      </w:pPr>
      <w:r w:rsidRPr="00127447">
        <w:rPr>
          <w:rFonts w:asciiTheme="majorHAnsi" w:hAnsiTheme="majorHAnsi" w:cstheme="majorHAnsi"/>
          <w:color w:val="C00000"/>
        </w:rPr>
        <w:t>1. Dati del richiedente</w:t>
      </w:r>
    </w:p>
    <w:tbl>
      <w:tblPr>
        <w:tblW w:w="0" w:type="auto"/>
        <w:jc w:val="center"/>
        <w:tblLayout w:type="fixed"/>
        <w:tblLook w:val="04A0" w:firstRow="1" w:lastRow="0" w:firstColumn="1" w:lastColumn="0" w:noHBand="0" w:noVBand="1"/>
      </w:tblPr>
      <w:tblGrid>
        <w:gridCol w:w="2324"/>
        <w:gridCol w:w="2778"/>
        <w:gridCol w:w="1814"/>
        <w:gridCol w:w="3629"/>
      </w:tblGrid>
      <w:tr w:rsidR="00FE6E33" w:rsidRPr="00127447" w14:paraId="6B4B7C13" w14:textId="77777777">
        <w:trPr>
          <w:jc w:val="center"/>
        </w:trPr>
        <w:tc>
          <w:tcPr>
            <w:tcW w:w="2324"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vAlign w:val="center"/>
          </w:tcPr>
          <w:p w14:paraId="363D1444" w14:textId="77777777" w:rsidR="00FE6E33" w:rsidRPr="00127447" w:rsidRDefault="00975144">
            <w:pPr>
              <w:pStyle w:val="Body"/>
              <w:rPr>
                <w:rFonts w:asciiTheme="majorHAnsi" w:hAnsiTheme="majorHAnsi" w:cstheme="majorHAnsi"/>
                <w:sz w:val="20"/>
                <w:szCs w:val="24"/>
              </w:rPr>
            </w:pPr>
            <w:bookmarkStart w:id="0" w:name="_GoBack" w:colFirst="3" w:colLast="3"/>
            <w:r w:rsidRPr="00127447">
              <w:rPr>
                <w:rFonts w:asciiTheme="majorHAnsi" w:hAnsiTheme="majorHAnsi" w:cstheme="majorHAnsi"/>
                <w:b/>
                <w:sz w:val="20"/>
                <w:szCs w:val="24"/>
              </w:rPr>
              <w:t>Il/La sottoscritto/a</w:t>
            </w:r>
          </w:p>
        </w:tc>
        <w:tc>
          <w:tcPr>
            <w:tcW w:w="2778"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vAlign w:val="center"/>
          </w:tcPr>
          <w:p w14:paraId="603F544F" w14:textId="3A3ABE5C"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__________________________</w:t>
            </w:r>
          </w:p>
        </w:tc>
        <w:tc>
          <w:tcPr>
            <w:tcW w:w="1814"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vAlign w:val="center"/>
          </w:tcPr>
          <w:p w14:paraId="78925235"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Codice fiscale</w:t>
            </w:r>
          </w:p>
        </w:tc>
        <w:tc>
          <w:tcPr>
            <w:tcW w:w="2665"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vAlign w:val="center"/>
          </w:tcPr>
          <w:p w14:paraId="2068B098"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________________________________</w:t>
            </w:r>
          </w:p>
        </w:tc>
      </w:tr>
      <w:tr w:rsidR="00FE6E33" w:rsidRPr="00127447" w14:paraId="6EC9B67E" w14:textId="77777777">
        <w:trPr>
          <w:jc w:val="center"/>
        </w:trPr>
        <w:tc>
          <w:tcPr>
            <w:tcW w:w="2324"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vAlign w:val="center"/>
          </w:tcPr>
          <w:p w14:paraId="49E3E255"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 xml:space="preserve">Nato/a </w:t>
            </w:r>
            <w:proofErr w:type="spellStart"/>
            <w:r w:rsidRPr="00127447">
              <w:rPr>
                <w:rFonts w:asciiTheme="majorHAnsi" w:hAnsiTheme="majorHAnsi" w:cstheme="majorHAnsi"/>
                <w:b/>
                <w:sz w:val="20"/>
                <w:szCs w:val="24"/>
              </w:rPr>
              <w:t>a</w:t>
            </w:r>
            <w:proofErr w:type="spellEnd"/>
          </w:p>
        </w:tc>
        <w:tc>
          <w:tcPr>
            <w:tcW w:w="2778"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vAlign w:val="center"/>
          </w:tcPr>
          <w:p w14:paraId="466EB36A" w14:textId="3FB1486E"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__________________________</w:t>
            </w:r>
          </w:p>
        </w:tc>
        <w:tc>
          <w:tcPr>
            <w:tcW w:w="1814"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vAlign w:val="center"/>
          </w:tcPr>
          <w:p w14:paraId="1FE5CFDD"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Prov.</w:t>
            </w:r>
          </w:p>
        </w:tc>
        <w:tc>
          <w:tcPr>
            <w:tcW w:w="2665"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vAlign w:val="center"/>
          </w:tcPr>
          <w:p w14:paraId="4E640968"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________________________________</w:t>
            </w:r>
          </w:p>
        </w:tc>
      </w:tr>
      <w:tr w:rsidR="00FE6E33" w:rsidRPr="00127447" w14:paraId="4717C911" w14:textId="77777777">
        <w:trPr>
          <w:jc w:val="center"/>
        </w:trPr>
        <w:tc>
          <w:tcPr>
            <w:tcW w:w="2324"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vAlign w:val="center"/>
          </w:tcPr>
          <w:p w14:paraId="4B6AE633"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Il</w:t>
            </w:r>
          </w:p>
        </w:tc>
        <w:tc>
          <w:tcPr>
            <w:tcW w:w="2778"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vAlign w:val="center"/>
          </w:tcPr>
          <w:p w14:paraId="5F0E180E" w14:textId="75D415F6"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w:t>
            </w:r>
          </w:p>
        </w:tc>
        <w:tc>
          <w:tcPr>
            <w:tcW w:w="1814"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vAlign w:val="center"/>
          </w:tcPr>
          <w:p w14:paraId="3ABDAFA5"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Residente in</w:t>
            </w:r>
          </w:p>
        </w:tc>
        <w:tc>
          <w:tcPr>
            <w:tcW w:w="2665"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vAlign w:val="center"/>
          </w:tcPr>
          <w:p w14:paraId="1A082FA0"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________________________________</w:t>
            </w:r>
          </w:p>
        </w:tc>
      </w:tr>
      <w:tr w:rsidR="00FE6E33" w:rsidRPr="00127447" w14:paraId="7426B7C8" w14:textId="77777777">
        <w:trPr>
          <w:jc w:val="center"/>
        </w:trPr>
        <w:tc>
          <w:tcPr>
            <w:tcW w:w="2324"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vAlign w:val="center"/>
          </w:tcPr>
          <w:p w14:paraId="76897700"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Via/Piazza</w:t>
            </w:r>
          </w:p>
        </w:tc>
        <w:tc>
          <w:tcPr>
            <w:tcW w:w="2778"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vAlign w:val="center"/>
          </w:tcPr>
          <w:p w14:paraId="12A73570" w14:textId="704732DF"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__________________________</w:t>
            </w:r>
          </w:p>
        </w:tc>
        <w:tc>
          <w:tcPr>
            <w:tcW w:w="1814"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vAlign w:val="center"/>
          </w:tcPr>
          <w:p w14:paraId="33B9B5AC"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CAP</w:t>
            </w:r>
          </w:p>
        </w:tc>
        <w:tc>
          <w:tcPr>
            <w:tcW w:w="2665"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vAlign w:val="center"/>
          </w:tcPr>
          <w:p w14:paraId="767B52DC"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________________________________</w:t>
            </w:r>
          </w:p>
        </w:tc>
      </w:tr>
      <w:tr w:rsidR="00FE6E33" w:rsidRPr="00127447" w14:paraId="0A1E1402" w14:textId="77777777">
        <w:trPr>
          <w:jc w:val="center"/>
        </w:trPr>
        <w:tc>
          <w:tcPr>
            <w:tcW w:w="4139" w:type="dxa"/>
            <w:gridSpan w:val="2"/>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0C656939"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Qualifica</w:t>
            </w:r>
          </w:p>
        </w:tc>
        <w:tc>
          <w:tcPr>
            <w:tcW w:w="5443" w:type="dxa"/>
            <w:gridSpan w:val="2"/>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29826309"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 Professore di prima fascia   □ Professore di seconda fascia   □ Ricercatore a tempo indeterminato   □ Ricercatore a tempo determinato</w:t>
            </w:r>
          </w:p>
        </w:tc>
      </w:tr>
      <w:tr w:rsidR="00FE6E33" w:rsidRPr="00127447" w14:paraId="51CD8255" w14:textId="77777777">
        <w:trPr>
          <w:jc w:val="center"/>
        </w:trPr>
        <w:tc>
          <w:tcPr>
            <w:tcW w:w="4139" w:type="dxa"/>
            <w:gridSpan w:val="2"/>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3EF24BFF"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Regime e struttura</w:t>
            </w:r>
          </w:p>
        </w:tc>
        <w:tc>
          <w:tcPr>
            <w:tcW w:w="5443" w:type="dxa"/>
            <w:gridSpan w:val="2"/>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61C1EC65" w14:textId="40A623AB" w:rsidR="000031C8" w:rsidRPr="00127447" w:rsidRDefault="00975144" w:rsidP="00476C68">
            <w:pPr>
              <w:pStyle w:val="Body"/>
              <w:spacing w:line="480" w:lineRule="auto"/>
              <w:rPr>
                <w:rFonts w:asciiTheme="majorHAnsi" w:hAnsiTheme="majorHAnsi" w:cstheme="majorHAnsi"/>
                <w:sz w:val="20"/>
                <w:szCs w:val="24"/>
              </w:rPr>
            </w:pPr>
            <w:r w:rsidRPr="00127447">
              <w:rPr>
                <w:rFonts w:asciiTheme="majorHAnsi" w:hAnsiTheme="majorHAnsi" w:cstheme="majorHAnsi"/>
                <w:sz w:val="20"/>
                <w:szCs w:val="24"/>
              </w:rPr>
              <w:t>□ Tempo pieno   □ Tempo definito</w:t>
            </w:r>
            <w:r w:rsidRPr="00127447">
              <w:rPr>
                <w:rFonts w:asciiTheme="majorHAnsi" w:hAnsiTheme="majorHAnsi" w:cstheme="majorHAnsi"/>
                <w:sz w:val="20"/>
                <w:szCs w:val="24"/>
              </w:rPr>
              <w:br/>
              <w:t xml:space="preserve">Dipartimento di ________________________________   </w:t>
            </w:r>
          </w:p>
          <w:p w14:paraId="255867A1" w14:textId="77777777" w:rsidR="00FE6E33"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Facoltà di ________________________________</w:t>
            </w:r>
          </w:p>
          <w:p w14:paraId="705A431C" w14:textId="03C8E072" w:rsidR="00476C68" w:rsidRPr="00127447" w:rsidRDefault="00476C68">
            <w:pPr>
              <w:pStyle w:val="Body"/>
              <w:rPr>
                <w:rFonts w:asciiTheme="majorHAnsi" w:hAnsiTheme="majorHAnsi" w:cstheme="majorHAnsi"/>
                <w:sz w:val="20"/>
                <w:szCs w:val="24"/>
              </w:rPr>
            </w:pPr>
            <w:r w:rsidRPr="00476C68">
              <w:rPr>
                <w:rFonts w:asciiTheme="majorHAnsi" w:hAnsiTheme="majorHAnsi" w:cstheme="majorHAnsi"/>
                <w:sz w:val="20"/>
                <w:szCs w:val="24"/>
              </w:rPr>
              <w:t>□</w:t>
            </w:r>
            <w:r>
              <w:rPr>
                <w:rFonts w:asciiTheme="majorHAnsi" w:hAnsiTheme="majorHAnsi" w:cstheme="majorHAnsi"/>
                <w:sz w:val="20"/>
                <w:szCs w:val="24"/>
              </w:rPr>
              <w:t xml:space="preserve"> </w:t>
            </w:r>
            <w:r w:rsidRPr="00476C68">
              <w:rPr>
                <w:rFonts w:asciiTheme="majorHAnsi" w:hAnsiTheme="majorHAnsi" w:cstheme="majorHAnsi"/>
                <w:sz w:val="20"/>
                <w:szCs w:val="24"/>
              </w:rPr>
              <w:t>in servizio presso Aziende Ospedaliere Universitarie</w:t>
            </w:r>
            <w:r>
              <w:rPr>
                <w:rFonts w:asciiTheme="majorHAnsi" w:hAnsiTheme="majorHAnsi" w:cstheme="majorHAnsi"/>
                <w:sz w:val="20"/>
                <w:szCs w:val="24"/>
              </w:rPr>
              <w:t>: _____________________________</w:t>
            </w:r>
          </w:p>
        </w:tc>
      </w:tr>
    </w:tbl>
    <w:bookmarkEnd w:id="0"/>
    <w:p w14:paraId="540DC5C7" w14:textId="77777777" w:rsidR="00FE6E33" w:rsidRPr="00127447" w:rsidRDefault="00975144">
      <w:pPr>
        <w:pStyle w:val="SectionHead"/>
        <w:spacing w:before="120" w:after="60" w:line="240" w:lineRule="auto"/>
        <w:rPr>
          <w:rFonts w:asciiTheme="majorHAnsi" w:hAnsiTheme="majorHAnsi" w:cstheme="majorHAnsi"/>
          <w:color w:val="C00000"/>
        </w:rPr>
      </w:pPr>
      <w:r w:rsidRPr="00127447">
        <w:rPr>
          <w:rFonts w:asciiTheme="majorHAnsi" w:hAnsiTheme="majorHAnsi" w:cstheme="majorHAnsi"/>
          <w:color w:val="C00000"/>
        </w:rPr>
        <w:t>2. Incarichi extra-istituzionali già autorizzati nell'anno solare in corso</w:t>
      </w:r>
    </w:p>
    <w:p w14:paraId="2F694766" w14:textId="6883AEFE" w:rsidR="00FE6E33" w:rsidRPr="00127447" w:rsidRDefault="00975144" w:rsidP="000B156E">
      <w:pPr>
        <w:pStyle w:val="Body"/>
        <w:spacing w:after="60" w:line="240" w:lineRule="auto"/>
        <w:jc w:val="both"/>
        <w:rPr>
          <w:rFonts w:asciiTheme="majorHAnsi" w:hAnsiTheme="majorHAnsi" w:cstheme="majorHAnsi"/>
          <w:sz w:val="20"/>
          <w:szCs w:val="24"/>
        </w:rPr>
      </w:pPr>
      <w:r w:rsidRPr="00127447">
        <w:rPr>
          <w:rFonts w:asciiTheme="majorHAnsi" w:hAnsiTheme="majorHAnsi" w:cstheme="majorHAnsi"/>
          <w:b/>
          <w:sz w:val="20"/>
          <w:szCs w:val="24"/>
        </w:rPr>
        <w:t xml:space="preserve">Il/La sottoscritto/a dichiara che, nell'anno solare in </w:t>
      </w:r>
      <w:r w:rsidR="008D1E5D" w:rsidRPr="00127447">
        <w:rPr>
          <w:rFonts w:asciiTheme="majorHAnsi" w:hAnsiTheme="majorHAnsi" w:cstheme="majorHAnsi"/>
          <w:b/>
          <w:sz w:val="20"/>
          <w:szCs w:val="24"/>
        </w:rPr>
        <w:t>corso</w:t>
      </w:r>
      <w:r w:rsidR="00944986" w:rsidRPr="00127447">
        <w:rPr>
          <w:rFonts w:asciiTheme="majorHAnsi" w:hAnsiTheme="majorHAnsi" w:cstheme="majorHAnsi"/>
          <w:b/>
          <w:sz w:val="20"/>
          <w:szCs w:val="24"/>
        </w:rPr>
        <w:t>,</w:t>
      </w:r>
      <w:r w:rsidR="008D1E5D" w:rsidRPr="00127447">
        <w:rPr>
          <w:rFonts w:asciiTheme="majorHAnsi" w:hAnsiTheme="majorHAnsi" w:cstheme="majorHAnsi"/>
          <w:b/>
          <w:sz w:val="20"/>
          <w:szCs w:val="24"/>
        </w:rPr>
        <w:t xml:space="preserve"> sta svolgendo</w:t>
      </w:r>
      <w:r w:rsidR="002B1061" w:rsidRPr="00127447">
        <w:rPr>
          <w:rFonts w:asciiTheme="majorHAnsi" w:hAnsiTheme="majorHAnsi" w:cstheme="majorHAnsi"/>
          <w:b/>
          <w:sz w:val="20"/>
          <w:szCs w:val="24"/>
        </w:rPr>
        <w:t xml:space="preserve"> o ha svolto</w:t>
      </w:r>
      <w:r w:rsidR="008D1E5D" w:rsidRPr="00127447">
        <w:rPr>
          <w:rFonts w:asciiTheme="majorHAnsi" w:hAnsiTheme="majorHAnsi" w:cstheme="majorHAnsi"/>
          <w:b/>
          <w:sz w:val="20"/>
          <w:szCs w:val="24"/>
        </w:rPr>
        <w:t xml:space="preserve"> i seguenti incarichi extra-istituzionali</w:t>
      </w:r>
      <w:r w:rsidR="006B0214" w:rsidRPr="00127447">
        <w:rPr>
          <w:rFonts w:asciiTheme="majorHAnsi" w:hAnsiTheme="majorHAnsi" w:cstheme="majorHAnsi"/>
          <w:b/>
          <w:sz w:val="20"/>
          <w:szCs w:val="24"/>
        </w:rPr>
        <w:t xml:space="preserve"> autorizzati</w:t>
      </w:r>
      <w:r w:rsidRPr="00127447">
        <w:rPr>
          <w:rFonts w:asciiTheme="majorHAnsi" w:hAnsiTheme="majorHAnsi" w:cstheme="majorHAnsi"/>
          <w:b/>
          <w:sz w:val="20"/>
          <w:szCs w:val="24"/>
        </w:rPr>
        <w:t>:</w:t>
      </w:r>
    </w:p>
    <w:p w14:paraId="74E4E14E" w14:textId="792B2285" w:rsidR="00FE6E33" w:rsidRPr="00127447" w:rsidRDefault="00975144" w:rsidP="006261B4">
      <w:pPr>
        <w:pStyle w:val="Body"/>
        <w:spacing w:after="40"/>
        <w:jc w:val="both"/>
        <w:rPr>
          <w:rFonts w:asciiTheme="majorHAnsi" w:hAnsiTheme="majorHAnsi" w:cstheme="majorHAnsi"/>
          <w:sz w:val="20"/>
          <w:szCs w:val="24"/>
        </w:rPr>
      </w:pPr>
      <w:r w:rsidRPr="00127447">
        <w:rPr>
          <w:rFonts w:asciiTheme="majorHAnsi" w:hAnsiTheme="majorHAnsi" w:cstheme="majorHAnsi"/>
          <w:sz w:val="20"/>
          <w:szCs w:val="24"/>
        </w:rPr>
        <w:t>□ indicare oggetto, soggetto committente, periodo di svolgimento,</w:t>
      </w:r>
      <w:r w:rsidR="00232CFE" w:rsidRPr="00127447">
        <w:rPr>
          <w:rFonts w:asciiTheme="majorHAnsi" w:hAnsiTheme="majorHAnsi" w:cstheme="majorHAnsi"/>
          <w:sz w:val="20"/>
          <w:szCs w:val="24"/>
        </w:rPr>
        <w:t xml:space="preserve"> ore complessive,</w:t>
      </w:r>
      <w:r w:rsidRPr="00127447">
        <w:rPr>
          <w:rFonts w:asciiTheme="majorHAnsi" w:hAnsiTheme="majorHAnsi" w:cstheme="majorHAnsi"/>
          <w:sz w:val="20"/>
          <w:szCs w:val="24"/>
        </w:rPr>
        <w:t xml:space="preserve"> compenso percepito e/o presunto:</w:t>
      </w:r>
    </w:p>
    <w:p w14:paraId="0BA45198" w14:textId="543B4212" w:rsidR="00FE6E33" w:rsidRPr="00127447" w:rsidRDefault="00975144" w:rsidP="006261B4">
      <w:pPr>
        <w:pStyle w:val="Body"/>
        <w:numPr>
          <w:ilvl w:val="0"/>
          <w:numId w:val="10"/>
        </w:numPr>
        <w:spacing w:after="40"/>
        <w:jc w:val="both"/>
        <w:rPr>
          <w:rFonts w:asciiTheme="majorHAnsi" w:hAnsiTheme="majorHAnsi" w:cstheme="majorHAnsi"/>
          <w:sz w:val="20"/>
          <w:szCs w:val="24"/>
        </w:rPr>
      </w:pPr>
      <w:r w:rsidRPr="00127447">
        <w:rPr>
          <w:rFonts w:asciiTheme="majorHAnsi" w:hAnsiTheme="majorHAnsi" w:cstheme="majorHAnsi"/>
          <w:sz w:val="20"/>
          <w:szCs w:val="24"/>
        </w:rPr>
        <w:t>________________________________________________________________________________________________</w:t>
      </w:r>
    </w:p>
    <w:p w14:paraId="39DAE932" w14:textId="0AF3D555" w:rsidR="00FE6E33" w:rsidRPr="00127447" w:rsidRDefault="00975144" w:rsidP="006261B4">
      <w:pPr>
        <w:pStyle w:val="Body"/>
        <w:numPr>
          <w:ilvl w:val="0"/>
          <w:numId w:val="10"/>
        </w:numPr>
        <w:spacing w:after="40"/>
        <w:jc w:val="both"/>
        <w:rPr>
          <w:rFonts w:asciiTheme="majorHAnsi" w:hAnsiTheme="majorHAnsi" w:cstheme="majorHAnsi"/>
          <w:sz w:val="20"/>
          <w:szCs w:val="24"/>
        </w:rPr>
      </w:pPr>
      <w:r w:rsidRPr="00127447">
        <w:rPr>
          <w:rFonts w:asciiTheme="majorHAnsi" w:hAnsiTheme="majorHAnsi" w:cstheme="majorHAnsi"/>
          <w:sz w:val="20"/>
          <w:szCs w:val="24"/>
        </w:rPr>
        <w:t>________________________________________________________________________________________________</w:t>
      </w:r>
    </w:p>
    <w:p w14:paraId="414411E5" w14:textId="3E5F597D" w:rsidR="00211536" w:rsidRPr="00127447" w:rsidRDefault="00211536" w:rsidP="006261B4">
      <w:pPr>
        <w:pStyle w:val="Body"/>
        <w:numPr>
          <w:ilvl w:val="0"/>
          <w:numId w:val="10"/>
        </w:numPr>
        <w:spacing w:after="40"/>
        <w:jc w:val="both"/>
        <w:rPr>
          <w:rFonts w:asciiTheme="majorHAnsi" w:hAnsiTheme="majorHAnsi" w:cstheme="majorHAnsi"/>
          <w:sz w:val="20"/>
          <w:szCs w:val="24"/>
        </w:rPr>
      </w:pPr>
      <w:r w:rsidRPr="00127447">
        <w:rPr>
          <w:rFonts w:asciiTheme="majorHAnsi" w:hAnsiTheme="majorHAnsi" w:cstheme="majorHAnsi"/>
          <w:sz w:val="20"/>
          <w:szCs w:val="24"/>
        </w:rPr>
        <w:lastRenderedPageBreak/>
        <w:t>________________________________________________________________________________________________</w:t>
      </w:r>
    </w:p>
    <w:p w14:paraId="1E30E6C0" w14:textId="77777777" w:rsidR="00FE6E33" w:rsidRPr="00127447" w:rsidRDefault="00975144" w:rsidP="006261B4">
      <w:pPr>
        <w:pStyle w:val="Body"/>
        <w:spacing w:after="40"/>
        <w:jc w:val="both"/>
        <w:rPr>
          <w:rFonts w:asciiTheme="majorHAnsi" w:hAnsiTheme="majorHAnsi" w:cstheme="majorHAnsi"/>
          <w:sz w:val="20"/>
          <w:szCs w:val="24"/>
        </w:rPr>
      </w:pPr>
      <w:r w:rsidRPr="00127447">
        <w:rPr>
          <w:rFonts w:asciiTheme="majorHAnsi" w:hAnsiTheme="majorHAnsi" w:cstheme="majorHAnsi"/>
          <w:sz w:val="20"/>
          <w:szCs w:val="24"/>
        </w:rPr>
        <w:t>□ non ha svolto e/o non è stato/a autorizzato/a allo svolgimento di ulteriori incarichi extra-istituzionali.</w:t>
      </w:r>
    </w:p>
    <w:p w14:paraId="55112772" w14:textId="77777777" w:rsidR="00FE6E33" w:rsidRPr="00127447" w:rsidRDefault="00975144">
      <w:pPr>
        <w:pStyle w:val="SectionHead"/>
        <w:spacing w:before="120" w:after="60" w:line="240" w:lineRule="auto"/>
        <w:rPr>
          <w:rFonts w:asciiTheme="majorHAnsi" w:hAnsiTheme="majorHAnsi" w:cstheme="majorHAnsi"/>
          <w:color w:val="C00000"/>
        </w:rPr>
      </w:pPr>
      <w:r w:rsidRPr="00127447">
        <w:rPr>
          <w:rFonts w:asciiTheme="majorHAnsi" w:hAnsiTheme="majorHAnsi" w:cstheme="majorHAnsi"/>
          <w:color w:val="C00000"/>
        </w:rPr>
        <w:t>3. Oggetto della richiesta</w:t>
      </w:r>
    </w:p>
    <w:p w14:paraId="0E231623" w14:textId="77777777" w:rsidR="00FE6E33" w:rsidRPr="00127447" w:rsidRDefault="00975144">
      <w:pPr>
        <w:pStyle w:val="Body"/>
        <w:spacing w:after="40" w:line="240" w:lineRule="auto"/>
        <w:rPr>
          <w:rFonts w:asciiTheme="majorHAnsi" w:hAnsiTheme="majorHAnsi" w:cstheme="majorHAnsi"/>
          <w:sz w:val="20"/>
          <w:szCs w:val="24"/>
        </w:rPr>
      </w:pPr>
      <w:r w:rsidRPr="00127447">
        <w:rPr>
          <w:rFonts w:asciiTheme="majorHAnsi" w:hAnsiTheme="majorHAnsi" w:cstheme="majorHAnsi"/>
          <w:b/>
          <w:sz w:val="20"/>
          <w:szCs w:val="24"/>
        </w:rPr>
        <w:t xml:space="preserve">CHIEDE </w:t>
      </w:r>
      <w:r w:rsidRPr="00127447">
        <w:rPr>
          <w:rFonts w:asciiTheme="majorHAnsi" w:hAnsiTheme="majorHAnsi" w:cstheme="majorHAnsi"/>
          <w:sz w:val="20"/>
          <w:szCs w:val="24"/>
        </w:rPr>
        <w:t>di essere autorizzato/a allo svolgimento del seguente incarico, da descrivere in maniera esaustiva:</w:t>
      </w:r>
    </w:p>
    <w:p w14:paraId="7314E865" w14:textId="77777777" w:rsidR="00FE6E33" w:rsidRPr="00127447" w:rsidRDefault="00975144">
      <w:pPr>
        <w:pStyle w:val="Body"/>
        <w:spacing w:after="20" w:line="240" w:lineRule="auto"/>
        <w:rPr>
          <w:rFonts w:asciiTheme="majorHAnsi" w:hAnsiTheme="majorHAnsi" w:cstheme="majorHAnsi"/>
        </w:rPr>
      </w:pPr>
      <w:r w:rsidRPr="00127447">
        <w:rPr>
          <w:rFonts w:asciiTheme="majorHAnsi" w:hAnsiTheme="majorHAnsi" w:cstheme="majorHAnsi"/>
        </w:rPr>
        <w:t>__________________________________________________________________________________________________________</w:t>
      </w:r>
    </w:p>
    <w:p w14:paraId="042466ED" w14:textId="77777777" w:rsidR="00FE6E33" w:rsidRPr="00127447" w:rsidRDefault="00975144">
      <w:pPr>
        <w:pStyle w:val="Body"/>
        <w:spacing w:after="20" w:line="240" w:lineRule="auto"/>
        <w:rPr>
          <w:rFonts w:asciiTheme="majorHAnsi" w:hAnsiTheme="majorHAnsi" w:cstheme="majorHAnsi"/>
        </w:rPr>
      </w:pPr>
      <w:r w:rsidRPr="00127447">
        <w:rPr>
          <w:rFonts w:asciiTheme="majorHAnsi" w:hAnsiTheme="majorHAnsi" w:cstheme="majorHAnsi"/>
        </w:rPr>
        <w:t>__________________________________________________________________________________________________________</w:t>
      </w:r>
    </w:p>
    <w:p w14:paraId="038D4BDF" w14:textId="77777777" w:rsidR="00FE6E33" w:rsidRPr="00127447" w:rsidRDefault="00975144">
      <w:pPr>
        <w:pStyle w:val="Body"/>
        <w:spacing w:after="20" w:line="240" w:lineRule="auto"/>
        <w:rPr>
          <w:rFonts w:asciiTheme="majorHAnsi" w:hAnsiTheme="majorHAnsi" w:cstheme="majorHAnsi"/>
        </w:rPr>
      </w:pPr>
      <w:r w:rsidRPr="00127447">
        <w:rPr>
          <w:rFonts w:asciiTheme="majorHAnsi" w:hAnsiTheme="majorHAnsi" w:cstheme="majorHAnsi"/>
        </w:rPr>
        <w:t>__________________________________________________________________________________________________________</w:t>
      </w:r>
    </w:p>
    <w:p w14:paraId="5EA45F36" w14:textId="77777777" w:rsidR="00FE6E33" w:rsidRPr="00127447" w:rsidRDefault="00975144">
      <w:pPr>
        <w:pStyle w:val="SectionHead"/>
        <w:spacing w:before="120" w:after="60" w:line="240" w:lineRule="auto"/>
        <w:rPr>
          <w:rFonts w:asciiTheme="majorHAnsi" w:hAnsiTheme="majorHAnsi" w:cstheme="majorHAnsi"/>
          <w:color w:val="C00000"/>
        </w:rPr>
      </w:pPr>
      <w:r w:rsidRPr="00127447">
        <w:rPr>
          <w:rFonts w:asciiTheme="majorHAnsi" w:hAnsiTheme="majorHAnsi" w:cstheme="majorHAnsi"/>
          <w:color w:val="C00000"/>
        </w:rPr>
        <w:t>4. Dichiarazioni del richiedente</w:t>
      </w:r>
    </w:p>
    <w:p w14:paraId="62E5731B" w14:textId="77777777" w:rsidR="00FE6E33" w:rsidRPr="00127447" w:rsidRDefault="00975144">
      <w:pPr>
        <w:pStyle w:val="Body"/>
        <w:spacing w:after="80" w:line="240" w:lineRule="auto"/>
        <w:rPr>
          <w:rFonts w:asciiTheme="majorHAnsi" w:hAnsiTheme="majorHAnsi" w:cstheme="majorHAnsi"/>
          <w:sz w:val="20"/>
          <w:szCs w:val="24"/>
        </w:rPr>
      </w:pPr>
      <w:r w:rsidRPr="00127447">
        <w:rPr>
          <w:rFonts w:asciiTheme="majorHAnsi" w:hAnsiTheme="majorHAnsi" w:cstheme="majorHAnsi"/>
          <w:sz w:val="20"/>
          <w:szCs w:val="24"/>
        </w:rPr>
        <w:t xml:space="preserve">A tal fine, sotto la propria responsabilità, consapevole delle sanzioni previste dall'art. 76 del D.P.R. 28 dicembre 2000, n. 445 in caso di dichiarazioni false o mendaci, </w:t>
      </w:r>
      <w:r w:rsidRPr="00127447">
        <w:rPr>
          <w:rFonts w:asciiTheme="majorHAnsi" w:hAnsiTheme="majorHAnsi" w:cstheme="majorHAnsi"/>
          <w:b/>
          <w:sz w:val="20"/>
          <w:szCs w:val="24"/>
        </w:rPr>
        <w:t>DICHIARA</w:t>
      </w:r>
      <w:r w:rsidRPr="00127447">
        <w:rPr>
          <w:rFonts w:asciiTheme="majorHAnsi" w:hAnsiTheme="majorHAnsi" w:cstheme="majorHAnsi"/>
          <w:sz w:val="20"/>
          <w:szCs w:val="24"/>
        </w:rPr>
        <w:t>:</w:t>
      </w:r>
    </w:p>
    <w:p w14:paraId="785B1313" w14:textId="77777777" w:rsidR="006067CC" w:rsidRPr="00127447" w:rsidRDefault="006067CC">
      <w:pPr>
        <w:pStyle w:val="Body"/>
        <w:spacing w:after="80" w:line="240" w:lineRule="auto"/>
        <w:rPr>
          <w:rFonts w:asciiTheme="majorHAnsi" w:hAnsiTheme="majorHAnsi" w:cstheme="majorHAnsi"/>
          <w:sz w:val="20"/>
          <w:szCs w:val="24"/>
        </w:rPr>
      </w:pPr>
    </w:p>
    <w:tbl>
      <w:tblPr>
        <w:tblW w:w="0" w:type="auto"/>
        <w:jc w:val="center"/>
        <w:tblLayout w:type="fixed"/>
        <w:tblLook w:val="04A0" w:firstRow="1" w:lastRow="0" w:firstColumn="1" w:lastColumn="0" w:noHBand="0" w:noVBand="1"/>
      </w:tblPr>
      <w:tblGrid>
        <w:gridCol w:w="2268"/>
        <w:gridCol w:w="3401"/>
        <w:gridCol w:w="1871"/>
        <w:gridCol w:w="2608"/>
      </w:tblGrid>
      <w:tr w:rsidR="00FE6E33" w:rsidRPr="00127447" w14:paraId="32A3FD02" w14:textId="77777777" w:rsidTr="00490E20">
        <w:trPr>
          <w:jc w:val="center"/>
        </w:trPr>
        <w:tc>
          <w:tcPr>
            <w:tcW w:w="2268"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177DC082"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Soggetto conferente</w:t>
            </w:r>
          </w:p>
        </w:tc>
        <w:tc>
          <w:tcPr>
            <w:tcW w:w="3401"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4E4EEBB4"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________________________________</w:t>
            </w:r>
          </w:p>
        </w:tc>
        <w:tc>
          <w:tcPr>
            <w:tcW w:w="1871"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44B5463C"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Natura giuridica</w:t>
            </w:r>
          </w:p>
        </w:tc>
        <w:tc>
          <w:tcPr>
            <w:tcW w:w="2608"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79545092"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 Pubblica amministrazione   □ Società   □ Ditta individuale   □ Altro: __________________</w:t>
            </w:r>
          </w:p>
        </w:tc>
      </w:tr>
      <w:tr w:rsidR="00FE6E33" w:rsidRPr="00127447" w14:paraId="4129BB96" w14:textId="77777777" w:rsidTr="00490E20">
        <w:trPr>
          <w:jc w:val="center"/>
        </w:trPr>
        <w:tc>
          <w:tcPr>
            <w:tcW w:w="2268"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582DF4E4"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Sede legale</w:t>
            </w:r>
          </w:p>
        </w:tc>
        <w:tc>
          <w:tcPr>
            <w:tcW w:w="3401"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7618AD62"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________________________________</w:t>
            </w:r>
          </w:p>
        </w:tc>
        <w:tc>
          <w:tcPr>
            <w:tcW w:w="1871"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2BC091A6"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Città / Prov.</w:t>
            </w:r>
          </w:p>
        </w:tc>
        <w:tc>
          <w:tcPr>
            <w:tcW w:w="2608"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15A04953"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________________________________</w:t>
            </w:r>
          </w:p>
        </w:tc>
      </w:tr>
      <w:tr w:rsidR="00FE6E33" w:rsidRPr="00127447" w14:paraId="30CE4151" w14:textId="77777777" w:rsidTr="00490E20">
        <w:trPr>
          <w:jc w:val="center"/>
        </w:trPr>
        <w:tc>
          <w:tcPr>
            <w:tcW w:w="2268"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790E3970"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Codice fiscale del soggetto conferente</w:t>
            </w:r>
          </w:p>
        </w:tc>
        <w:tc>
          <w:tcPr>
            <w:tcW w:w="3401"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31BE769F"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________________________________</w:t>
            </w:r>
          </w:p>
        </w:tc>
        <w:tc>
          <w:tcPr>
            <w:tcW w:w="1871"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72D99231"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Partita IVA</w:t>
            </w:r>
          </w:p>
        </w:tc>
        <w:tc>
          <w:tcPr>
            <w:tcW w:w="2608"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1FCA593D"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________________________________</w:t>
            </w:r>
          </w:p>
        </w:tc>
      </w:tr>
      <w:tr w:rsidR="00FE6E33" w:rsidRPr="00127447" w14:paraId="2B5387FA" w14:textId="77777777" w:rsidTr="00490E20">
        <w:trPr>
          <w:jc w:val="center"/>
        </w:trPr>
        <w:tc>
          <w:tcPr>
            <w:tcW w:w="2268"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73AC9731"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PEC / e-mail del soggetto conferente</w:t>
            </w:r>
          </w:p>
        </w:tc>
        <w:tc>
          <w:tcPr>
            <w:tcW w:w="3401"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3F3119AD"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________________________________</w:t>
            </w:r>
          </w:p>
        </w:tc>
        <w:tc>
          <w:tcPr>
            <w:tcW w:w="1871"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59B2EAD2"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Luogo di svolgimento</w:t>
            </w:r>
          </w:p>
        </w:tc>
        <w:tc>
          <w:tcPr>
            <w:tcW w:w="2608"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3FE7667C" w14:textId="56FF4245"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w:t>
            </w:r>
          </w:p>
        </w:tc>
      </w:tr>
      <w:tr w:rsidR="00FE6E33" w:rsidRPr="00127447" w14:paraId="29C5F550" w14:textId="77777777" w:rsidTr="00490E20">
        <w:trPr>
          <w:jc w:val="center"/>
        </w:trPr>
        <w:tc>
          <w:tcPr>
            <w:tcW w:w="2268"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3E944EFF"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Durata dell'incarico</w:t>
            </w:r>
          </w:p>
        </w:tc>
        <w:tc>
          <w:tcPr>
            <w:tcW w:w="3401"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5AA769EC"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Dal __________ al __________</w:t>
            </w:r>
          </w:p>
        </w:tc>
        <w:tc>
          <w:tcPr>
            <w:tcW w:w="1871"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6397620B"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Impegno orario richiesto</w:t>
            </w:r>
          </w:p>
        </w:tc>
        <w:tc>
          <w:tcPr>
            <w:tcW w:w="2608"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41991BA2"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 ore</w:t>
            </w:r>
          </w:p>
        </w:tc>
      </w:tr>
      <w:tr w:rsidR="00FE6E33" w:rsidRPr="00127447" w14:paraId="76E471D9" w14:textId="77777777" w:rsidTr="00490E20">
        <w:trPr>
          <w:jc w:val="center"/>
        </w:trPr>
        <w:tc>
          <w:tcPr>
            <w:tcW w:w="2268"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2A60C146"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Compenso lordo previsto o presunto</w:t>
            </w:r>
          </w:p>
        </w:tc>
        <w:tc>
          <w:tcPr>
            <w:tcW w:w="3401"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5CE371A5"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Euro ________________________________</w:t>
            </w:r>
          </w:p>
        </w:tc>
        <w:tc>
          <w:tcPr>
            <w:tcW w:w="1871"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1C8BB144"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E-mail istituzionale del docente</w:t>
            </w:r>
          </w:p>
        </w:tc>
        <w:tc>
          <w:tcPr>
            <w:tcW w:w="2608"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361C4DE1" w14:textId="199E253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w:t>
            </w:r>
          </w:p>
        </w:tc>
      </w:tr>
      <w:tr w:rsidR="00490E20" w:rsidRPr="00127447" w14:paraId="2FE1A537" w14:textId="77777777" w:rsidTr="00490E20">
        <w:trPr>
          <w:jc w:val="center"/>
        </w:trPr>
        <w:tc>
          <w:tcPr>
            <w:tcW w:w="5669" w:type="dxa"/>
            <w:gridSpan w:val="2"/>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11E87197" w14:textId="77777777" w:rsidR="00490E20" w:rsidRPr="00127447" w:rsidRDefault="00490E20" w:rsidP="002C275E">
            <w:pPr>
              <w:pStyle w:val="Body"/>
              <w:rPr>
                <w:rFonts w:asciiTheme="majorHAnsi" w:hAnsiTheme="majorHAnsi" w:cstheme="majorHAnsi"/>
                <w:sz w:val="20"/>
                <w:szCs w:val="24"/>
              </w:rPr>
            </w:pPr>
            <w:r w:rsidRPr="00127447">
              <w:rPr>
                <w:rFonts w:asciiTheme="majorHAnsi" w:hAnsiTheme="majorHAnsi" w:cstheme="majorHAnsi"/>
                <w:b/>
                <w:sz w:val="20"/>
                <w:szCs w:val="24"/>
              </w:rPr>
              <w:t>Impegno orario complessivo relativo agli incarichi già autorizzati dal 1° gennaio del presente anno</w:t>
            </w:r>
          </w:p>
        </w:tc>
        <w:tc>
          <w:tcPr>
            <w:tcW w:w="4479" w:type="dxa"/>
            <w:gridSpan w:val="2"/>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1D5A6501" w14:textId="77777777" w:rsidR="00490E20" w:rsidRPr="00127447" w:rsidRDefault="00490E20" w:rsidP="002C275E">
            <w:pPr>
              <w:pStyle w:val="Body"/>
              <w:rPr>
                <w:rFonts w:asciiTheme="majorHAnsi" w:hAnsiTheme="majorHAnsi" w:cstheme="majorHAnsi"/>
                <w:sz w:val="20"/>
                <w:szCs w:val="24"/>
              </w:rPr>
            </w:pPr>
            <w:r w:rsidRPr="00127447">
              <w:rPr>
                <w:rFonts w:asciiTheme="majorHAnsi" w:hAnsiTheme="majorHAnsi" w:cstheme="majorHAnsi"/>
                <w:sz w:val="20"/>
                <w:szCs w:val="24"/>
              </w:rPr>
              <w:t>________ ore</w:t>
            </w:r>
          </w:p>
        </w:tc>
      </w:tr>
      <w:tr w:rsidR="00FE6E33" w:rsidRPr="00127447" w14:paraId="3EE11DBA" w14:textId="77777777" w:rsidTr="00490E20">
        <w:trPr>
          <w:jc w:val="center"/>
        </w:trPr>
        <w:tc>
          <w:tcPr>
            <w:tcW w:w="5669" w:type="dxa"/>
            <w:gridSpan w:val="2"/>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15D55DC3"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Totale complessivo annuo (incarichi già autorizzati + incarico richiesto)</w:t>
            </w:r>
          </w:p>
        </w:tc>
        <w:tc>
          <w:tcPr>
            <w:tcW w:w="4479" w:type="dxa"/>
            <w:gridSpan w:val="2"/>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357AB0E5"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 ore</w:t>
            </w:r>
          </w:p>
        </w:tc>
      </w:tr>
    </w:tbl>
    <w:p w14:paraId="5D3E4EEC" w14:textId="1CF602B3" w:rsidR="00FE6E33" w:rsidRPr="00127447" w:rsidRDefault="00975144" w:rsidP="009B45C3">
      <w:pPr>
        <w:pStyle w:val="Body"/>
        <w:numPr>
          <w:ilvl w:val="0"/>
          <w:numId w:val="11"/>
        </w:numPr>
        <w:spacing w:after="20" w:line="240" w:lineRule="auto"/>
        <w:jc w:val="both"/>
        <w:rPr>
          <w:rFonts w:asciiTheme="majorHAnsi" w:hAnsiTheme="majorHAnsi" w:cstheme="majorHAnsi"/>
          <w:sz w:val="20"/>
          <w:szCs w:val="24"/>
        </w:rPr>
      </w:pPr>
      <w:r w:rsidRPr="00127447">
        <w:rPr>
          <w:rFonts w:asciiTheme="majorHAnsi" w:hAnsiTheme="majorHAnsi" w:cstheme="majorHAnsi"/>
          <w:sz w:val="20"/>
          <w:szCs w:val="24"/>
        </w:rPr>
        <w:t>l'attività riveste carattere occasionale;</w:t>
      </w:r>
    </w:p>
    <w:p w14:paraId="3A669238" w14:textId="3476BEB4" w:rsidR="00FE6E33" w:rsidRPr="00127447" w:rsidRDefault="00975144" w:rsidP="009B45C3">
      <w:pPr>
        <w:pStyle w:val="Body"/>
        <w:numPr>
          <w:ilvl w:val="0"/>
          <w:numId w:val="11"/>
        </w:numPr>
        <w:spacing w:after="20" w:line="240" w:lineRule="auto"/>
        <w:jc w:val="both"/>
        <w:rPr>
          <w:rFonts w:asciiTheme="majorHAnsi" w:hAnsiTheme="majorHAnsi" w:cstheme="majorHAnsi"/>
          <w:sz w:val="20"/>
          <w:szCs w:val="24"/>
        </w:rPr>
      </w:pPr>
      <w:r w:rsidRPr="00127447">
        <w:rPr>
          <w:rFonts w:asciiTheme="majorHAnsi" w:hAnsiTheme="majorHAnsi" w:cstheme="majorHAnsi"/>
          <w:sz w:val="20"/>
          <w:szCs w:val="24"/>
        </w:rPr>
        <w:t>l'attività sarà svolta in orario diverso da quello da destinare ai compiti istituzionali;</w:t>
      </w:r>
    </w:p>
    <w:p w14:paraId="1B99E184" w14:textId="0F16E7B1" w:rsidR="00FE6E33" w:rsidRPr="00127447" w:rsidRDefault="00975144" w:rsidP="009B45C3">
      <w:pPr>
        <w:pStyle w:val="Body"/>
        <w:numPr>
          <w:ilvl w:val="0"/>
          <w:numId w:val="11"/>
        </w:numPr>
        <w:spacing w:after="20" w:line="240" w:lineRule="auto"/>
        <w:jc w:val="both"/>
        <w:rPr>
          <w:rFonts w:asciiTheme="majorHAnsi" w:hAnsiTheme="majorHAnsi" w:cstheme="majorHAnsi"/>
          <w:sz w:val="20"/>
          <w:szCs w:val="24"/>
        </w:rPr>
      </w:pPr>
      <w:r w:rsidRPr="00127447">
        <w:rPr>
          <w:rFonts w:asciiTheme="majorHAnsi" w:hAnsiTheme="majorHAnsi" w:cstheme="majorHAnsi"/>
          <w:sz w:val="20"/>
          <w:szCs w:val="24"/>
        </w:rPr>
        <w:t>l'attività non prevede l'utilizzazione di apparecchiature, risorse finanziarie e strumenti della struttura di appartenenza o di altra struttura dell'Ateneo;</w:t>
      </w:r>
    </w:p>
    <w:p w14:paraId="796D440A" w14:textId="67B9BD31" w:rsidR="00FE6E33" w:rsidRPr="00127447" w:rsidRDefault="00975144" w:rsidP="009B45C3">
      <w:pPr>
        <w:pStyle w:val="Body"/>
        <w:numPr>
          <w:ilvl w:val="0"/>
          <w:numId w:val="11"/>
        </w:numPr>
        <w:spacing w:after="20" w:line="240" w:lineRule="auto"/>
        <w:jc w:val="both"/>
        <w:rPr>
          <w:rFonts w:asciiTheme="majorHAnsi" w:hAnsiTheme="majorHAnsi" w:cstheme="majorHAnsi"/>
          <w:sz w:val="20"/>
          <w:szCs w:val="24"/>
        </w:rPr>
      </w:pPr>
      <w:r w:rsidRPr="00127447">
        <w:rPr>
          <w:rFonts w:asciiTheme="majorHAnsi" w:hAnsiTheme="majorHAnsi" w:cstheme="majorHAnsi"/>
          <w:sz w:val="20"/>
          <w:szCs w:val="24"/>
        </w:rPr>
        <w:lastRenderedPageBreak/>
        <w:t>l'attività è compatibile con l'assolvimento dei compiti istituzionali e non arreca detrimento alle attività didattiche, scientifiche e gestionali affidate dall'Ateneo;</w:t>
      </w:r>
    </w:p>
    <w:p w14:paraId="6FD83196" w14:textId="09752555" w:rsidR="00FE6E33" w:rsidRPr="00127447" w:rsidRDefault="00975144" w:rsidP="009B45C3">
      <w:pPr>
        <w:pStyle w:val="Body"/>
        <w:numPr>
          <w:ilvl w:val="0"/>
          <w:numId w:val="11"/>
        </w:numPr>
        <w:spacing w:after="20" w:line="240" w:lineRule="auto"/>
        <w:jc w:val="both"/>
        <w:rPr>
          <w:rFonts w:asciiTheme="majorHAnsi" w:hAnsiTheme="majorHAnsi" w:cstheme="majorHAnsi"/>
          <w:sz w:val="20"/>
          <w:szCs w:val="24"/>
        </w:rPr>
      </w:pPr>
      <w:r w:rsidRPr="00127447">
        <w:rPr>
          <w:rFonts w:asciiTheme="majorHAnsi" w:hAnsiTheme="majorHAnsi" w:cstheme="majorHAnsi"/>
          <w:sz w:val="20"/>
          <w:szCs w:val="24"/>
        </w:rPr>
        <w:t>non sussistono situazioni di conflitto di interessi, neppure potenziale, con l'Università;</w:t>
      </w:r>
    </w:p>
    <w:p w14:paraId="53F32E5E" w14:textId="41458F12" w:rsidR="00FE6E33" w:rsidRPr="00127447" w:rsidRDefault="00975144" w:rsidP="009B45C3">
      <w:pPr>
        <w:pStyle w:val="Body"/>
        <w:numPr>
          <w:ilvl w:val="0"/>
          <w:numId w:val="11"/>
        </w:numPr>
        <w:spacing w:after="20" w:line="240" w:lineRule="auto"/>
        <w:jc w:val="both"/>
        <w:rPr>
          <w:rFonts w:asciiTheme="majorHAnsi" w:hAnsiTheme="majorHAnsi" w:cstheme="majorHAnsi"/>
          <w:sz w:val="20"/>
          <w:szCs w:val="24"/>
        </w:rPr>
      </w:pPr>
      <w:r w:rsidRPr="00127447">
        <w:rPr>
          <w:rFonts w:asciiTheme="majorHAnsi" w:hAnsiTheme="majorHAnsi" w:cstheme="majorHAnsi"/>
          <w:sz w:val="20"/>
          <w:szCs w:val="24"/>
        </w:rPr>
        <w:t>il compenso pattuito rispetta i limiti complessivi del trattamento economico stabiliti dalle norme di legge</w:t>
      </w:r>
      <w:r w:rsidR="00950F86" w:rsidRPr="00127447">
        <w:rPr>
          <w:rFonts w:asciiTheme="majorHAnsi" w:hAnsiTheme="majorHAnsi" w:cstheme="majorHAnsi"/>
          <w:sz w:val="20"/>
          <w:szCs w:val="24"/>
        </w:rPr>
        <w:t xml:space="preserve"> con particolare riferimento all’art. 23-ter del decreto-legge 6 dicembre 2011, n. 201, </w:t>
      </w:r>
      <w:proofErr w:type="spellStart"/>
      <w:r w:rsidR="00950F86" w:rsidRPr="00127447">
        <w:rPr>
          <w:rFonts w:asciiTheme="majorHAnsi" w:hAnsiTheme="majorHAnsi" w:cstheme="majorHAnsi"/>
          <w:sz w:val="20"/>
          <w:szCs w:val="24"/>
        </w:rPr>
        <w:t>conv</w:t>
      </w:r>
      <w:proofErr w:type="spellEnd"/>
      <w:r w:rsidR="00950F86" w:rsidRPr="00127447">
        <w:rPr>
          <w:rFonts w:asciiTheme="majorHAnsi" w:hAnsiTheme="majorHAnsi" w:cstheme="majorHAnsi"/>
          <w:sz w:val="20"/>
          <w:szCs w:val="24"/>
        </w:rPr>
        <w:t>. dalla l. 22 dicembre 2011, n. 214, e all’art. 3 del D.P.C.M. 23 marzo 2012, nonché, per quanto rilevante, all’art. 3, comma 44, della l. 24 dicembre 2007, n. 244</w:t>
      </w:r>
      <w:r w:rsidRPr="00127447">
        <w:rPr>
          <w:rFonts w:asciiTheme="majorHAnsi" w:hAnsiTheme="majorHAnsi" w:cstheme="majorHAnsi"/>
          <w:sz w:val="20"/>
          <w:szCs w:val="24"/>
        </w:rPr>
        <w:t>;</w:t>
      </w:r>
    </w:p>
    <w:p w14:paraId="3346B520" w14:textId="0AE47077" w:rsidR="00FE6E33" w:rsidRPr="00127447" w:rsidRDefault="00975144" w:rsidP="00CB2840">
      <w:pPr>
        <w:pStyle w:val="Body"/>
        <w:numPr>
          <w:ilvl w:val="0"/>
          <w:numId w:val="11"/>
        </w:numPr>
        <w:spacing w:after="0" w:line="240" w:lineRule="auto"/>
        <w:jc w:val="both"/>
        <w:rPr>
          <w:rFonts w:asciiTheme="majorHAnsi" w:hAnsiTheme="majorHAnsi" w:cstheme="majorHAnsi"/>
          <w:sz w:val="20"/>
          <w:szCs w:val="24"/>
        </w:rPr>
      </w:pPr>
      <w:r w:rsidRPr="00127447">
        <w:rPr>
          <w:rFonts w:asciiTheme="majorHAnsi" w:hAnsiTheme="majorHAnsi" w:cstheme="majorHAnsi"/>
          <w:sz w:val="20"/>
          <w:szCs w:val="24"/>
        </w:rPr>
        <w:t>ove il compenso sia a carico della finanza pubblica, il cumulo degli emolumenti percepiti nell'anno solare rispetta il limite di legge;</w:t>
      </w:r>
    </w:p>
    <w:p w14:paraId="0814C567" w14:textId="77777777" w:rsidR="00A148F5" w:rsidRPr="00127447" w:rsidRDefault="00A148F5" w:rsidP="00AB45DE">
      <w:pPr>
        <w:pStyle w:val="Paragrafoelenco"/>
        <w:numPr>
          <w:ilvl w:val="0"/>
          <w:numId w:val="11"/>
        </w:numPr>
        <w:spacing w:after="0"/>
        <w:jc w:val="both"/>
        <w:rPr>
          <w:rFonts w:asciiTheme="majorHAnsi" w:hAnsiTheme="majorHAnsi" w:cstheme="majorHAnsi"/>
          <w:sz w:val="20"/>
          <w:szCs w:val="24"/>
        </w:rPr>
      </w:pPr>
      <w:r w:rsidRPr="00127447">
        <w:rPr>
          <w:rFonts w:asciiTheme="majorHAnsi" w:hAnsiTheme="majorHAnsi" w:cstheme="majorHAnsi"/>
          <w:sz w:val="20"/>
          <w:szCs w:val="24"/>
        </w:rPr>
        <w:t>di comunicare tempestivamente le variazioni che interessano l’attività (oggetto, ore, compenso, durata, sede di svolgimento).</w:t>
      </w:r>
    </w:p>
    <w:p w14:paraId="3A9F5275" w14:textId="08B7228F" w:rsidR="00FE6E33" w:rsidRPr="00127447" w:rsidRDefault="00975144" w:rsidP="00CB2840">
      <w:pPr>
        <w:pStyle w:val="Body"/>
        <w:numPr>
          <w:ilvl w:val="0"/>
          <w:numId w:val="11"/>
        </w:numPr>
        <w:spacing w:after="0" w:line="240" w:lineRule="auto"/>
        <w:jc w:val="both"/>
        <w:rPr>
          <w:rFonts w:asciiTheme="majorHAnsi" w:hAnsiTheme="majorHAnsi" w:cstheme="majorHAnsi"/>
          <w:sz w:val="20"/>
          <w:szCs w:val="24"/>
        </w:rPr>
      </w:pPr>
      <w:r w:rsidRPr="00127447">
        <w:rPr>
          <w:rFonts w:asciiTheme="majorHAnsi" w:hAnsiTheme="majorHAnsi" w:cstheme="majorHAnsi"/>
          <w:sz w:val="20"/>
          <w:szCs w:val="24"/>
        </w:rPr>
        <w:t>i dati e le informazioni riportati nella presente istanza sono completi e veritieri.</w:t>
      </w:r>
    </w:p>
    <w:p w14:paraId="0789E624" w14:textId="77777777" w:rsidR="003438FC" w:rsidRPr="00127447" w:rsidRDefault="003438FC">
      <w:pPr>
        <w:pStyle w:val="Body"/>
        <w:spacing w:after="20" w:line="240" w:lineRule="auto"/>
        <w:ind w:left="113"/>
        <w:rPr>
          <w:rFonts w:asciiTheme="majorHAnsi" w:hAnsiTheme="majorHAnsi" w:cstheme="majorHAnsi"/>
        </w:rPr>
      </w:pPr>
    </w:p>
    <w:p w14:paraId="0D2B3770" w14:textId="77777777" w:rsidR="00FE6E33" w:rsidRPr="00127447" w:rsidRDefault="00975144">
      <w:pPr>
        <w:pStyle w:val="SectionHead"/>
        <w:spacing w:before="120" w:after="60" w:line="240" w:lineRule="auto"/>
        <w:rPr>
          <w:rFonts w:asciiTheme="majorHAnsi" w:hAnsiTheme="majorHAnsi" w:cstheme="majorHAnsi"/>
          <w:color w:val="C00000"/>
        </w:rPr>
      </w:pPr>
      <w:r w:rsidRPr="00127447">
        <w:rPr>
          <w:rFonts w:asciiTheme="majorHAnsi" w:hAnsiTheme="majorHAnsi" w:cstheme="majorHAnsi"/>
          <w:color w:val="C00000"/>
        </w:rPr>
        <w:t>5. Note procedimentali</w:t>
      </w:r>
    </w:p>
    <w:tbl>
      <w:tblPr>
        <w:tblW w:w="0" w:type="auto"/>
        <w:tblLook w:val="04A0" w:firstRow="1" w:lastRow="0" w:firstColumn="1" w:lastColumn="0" w:noHBand="0" w:noVBand="1"/>
      </w:tblPr>
      <w:tblGrid>
        <w:gridCol w:w="10292"/>
      </w:tblGrid>
      <w:tr w:rsidR="00FE6E33" w:rsidRPr="00127447" w14:paraId="1AD48DCA" w14:textId="77777777" w:rsidTr="000B156E">
        <w:tc>
          <w:tcPr>
            <w:tcW w:w="10312" w:type="dxa"/>
            <w:tcBorders>
              <w:top w:val="single" w:sz="8" w:space="0" w:color="E3C77A"/>
              <w:left w:val="single" w:sz="8" w:space="0" w:color="E3C77A"/>
              <w:bottom w:val="single" w:sz="8" w:space="0" w:color="E3C77A"/>
              <w:right w:val="single" w:sz="8" w:space="0" w:color="E3C77A"/>
            </w:tcBorders>
            <w:shd w:val="clear" w:color="auto" w:fill="FFF7E8"/>
            <w:tcMar>
              <w:top w:w="100" w:type="dxa"/>
              <w:left w:w="120" w:type="dxa"/>
              <w:bottom w:w="100" w:type="dxa"/>
              <w:right w:w="120" w:type="dxa"/>
            </w:tcMar>
          </w:tcPr>
          <w:p w14:paraId="4DFA6A80" w14:textId="77777777" w:rsidR="00FE6E33" w:rsidRPr="00127447" w:rsidRDefault="00975144" w:rsidP="000B156E">
            <w:pPr>
              <w:pStyle w:val="Small"/>
              <w:spacing w:after="0" w:line="240" w:lineRule="auto"/>
              <w:jc w:val="both"/>
              <w:rPr>
                <w:rFonts w:asciiTheme="majorHAnsi" w:hAnsiTheme="majorHAnsi" w:cstheme="majorHAnsi"/>
                <w:sz w:val="18"/>
                <w:szCs w:val="24"/>
              </w:rPr>
            </w:pPr>
            <w:r w:rsidRPr="00127447">
              <w:rPr>
                <w:rFonts w:asciiTheme="majorHAnsi" w:hAnsiTheme="majorHAnsi" w:cstheme="majorHAnsi"/>
                <w:sz w:val="18"/>
                <w:szCs w:val="24"/>
              </w:rPr>
              <w:t>La richiesta deve essere presentata di norma almeno 30 giorni prima dell'inizio dell'attività; l'attività non può essere iniziata senza preventiva autorizzazione. L'autorizzazione ha validità annuale. In caso di incarichi conferiti anteriormente all'assunzione, al trasferimento o all'opzione per il regime di impegno a tempo pieno, per il completamento dei medesimi deve essere presentata una nuova domanda di autorizzazione.</w:t>
            </w:r>
          </w:p>
        </w:tc>
      </w:tr>
    </w:tbl>
    <w:p w14:paraId="67503754" w14:textId="415F8131" w:rsidR="00FE6E33" w:rsidRPr="00127447" w:rsidRDefault="00975144">
      <w:pPr>
        <w:pStyle w:val="SectionHead"/>
        <w:spacing w:before="120" w:after="60" w:line="240" w:lineRule="auto"/>
        <w:rPr>
          <w:rFonts w:asciiTheme="majorHAnsi" w:hAnsiTheme="majorHAnsi" w:cstheme="majorHAnsi"/>
          <w:color w:val="C00000"/>
        </w:rPr>
      </w:pPr>
      <w:r w:rsidRPr="00127447">
        <w:rPr>
          <w:rFonts w:asciiTheme="majorHAnsi" w:hAnsiTheme="majorHAnsi" w:cstheme="majorHAnsi"/>
          <w:color w:val="C00000"/>
        </w:rPr>
        <w:t>6. Informativa sul trattamento dei dati personali</w:t>
      </w:r>
    </w:p>
    <w:p w14:paraId="0B676D28" w14:textId="77777777" w:rsidR="00FE6E33" w:rsidRPr="00127447" w:rsidRDefault="00975144" w:rsidP="00705C5D">
      <w:pPr>
        <w:pStyle w:val="Small"/>
        <w:spacing w:after="40" w:line="240" w:lineRule="auto"/>
        <w:jc w:val="both"/>
        <w:rPr>
          <w:rFonts w:asciiTheme="majorHAnsi" w:hAnsiTheme="majorHAnsi" w:cstheme="majorHAnsi"/>
          <w:sz w:val="18"/>
          <w:szCs w:val="24"/>
        </w:rPr>
      </w:pPr>
      <w:r w:rsidRPr="00127447">
        <w:rPr>
          <w:rFonts w:asciiTheme="majorHAnsi" w:hAnsiTheme="majorHAnsi" w:cstheme="majorHAnsi"/>
          <w:sz w:val="18"/>
          <w:szCs w:val="24"/>
        </w:rPr>
        <w:t>Ai sensi del Regolamento (UE) 2016/679 e della normativa vigente, i dati personali conferiti con la presente istanza sono raccolti e trattati da Sapienza Università di Roma, per il tramite del Dipartimento, della Facoltà e delle strutture amministrative competenti, esclusivamente per finalità connesse all'istruttoria e alla gestione del procedimento di autorizzazione allo svolgimento dell'incarico extra-istituzionale, nonché per gli adempimenti di legge conseguenti. Gli interessati possono esercitare i diritti previsti dalla normativa vigente rivolgendosi al Responsabile della Protezione dei Dati di Ateneo. Resta fermo il rinvio all'informativa privacy istituzionale di Ateneo vigente e pubblicata sul sito web di Sapienza.</w:t>
      </w:r>
    </w:p>
    <w:p w14:paraId="72028228" w14:textId="77777777" w:rsidR="003438FC" w:rsidRPr="00127447" w:rsidRDefault="003438FC">
      <w:pPr>
        <w:pStyle w:val="Body"/>
        <w:spacing w:after="80" w:line="240" w:lineRule="auto"/>
        <w:rPr>
          <w:rFonts w:asciiTheme="majorHAnsi" w:hAnsiTheme="majorHAnsi" w:cstheme="majorHAnsi"/>
          <w:b/>
          <w:color w:val="C00000"/>
        </w:rPr>
      </w:pPr>
    </w:p>
    <w:p w14:paraId="19D350A1" w14:textId="504E96F8" w:rsidR="00FE6E33" w:rsidRPr="00127447" w:rsidRDefault="00975144">
      <w:pPr>
        <w:pStyle w:val="Body"/>
        <w:spacing w:after="80" w:line="240" w:lineRule="auto"/>
        <w:rPr>
          <w:rFonts w:asciiTheme="majorHAnsi" w:hAnsiTheme="majorHAnsi" w:cstheme="majorHAnsi"/>
          <w:color w:val="C00000"/>
          <w:sz w:val="22"/>
          <w:szCs w:val="28"/>
        </w:rPr>
      </w:pPr>
      <w:r w:rsidRPr="00127447">
        <w:rPr>
          <w:rFonts w:asciiTheme="majorHAnsi" w:hAnsiTheme="majorHAnsi" w:cstheme="majorHAnsi"/>
          <w:b/>
          <w:color w:val="C00000"/>
          <w:sz w:val="22"/>
          <w:szCs w:val="28"/>
        </w:rPr>
        <w:t>Data ____________________</w:t>
      </w:r>
      <w:r w:rsidRPr="00127447">
        <w:rPr>
          <w:rFonts w:asciiTheme="majorHAnsi" w:hAnsiTheme="majorHAnsi" w:cstheme="majorHAnsi"/>
          <w:color w:val="C00000"/>
          <w:sz w:val="22"/>
          <w:szCs w:val="28"/>
        </w:rPr>
        <w:t xml:space="preserve">          </w:t>
      </w:r>
      <w:r w:rsidRPr="00127447">
        <w:rPr>
          <w:rFonts w:asciiTheme="majorHAnsi" w:hAnsiTheme="majorHAnsi" w:cstheme="majorHAnsi"/>
          <w:b/>
          <w:color w:val="C00000"/>
          <w:sz w:val="22"/>
          <w:szCs w:val="28"/>
        </w:rPr>
        <w:t>Firma del richiedente ________________________________</w:t>
      </w:r>
    </w:p>
    <w:p w14:paraId="5AC8F3B3" w14:textId="77777777" w:rsidR="00FE6E33" w:rsidRPr="00127447" w:rsidRDefault="00975144">
      <w:pPr>
        <w:rPr>
          <w:rFonts w:asciiTheme="majorHAnsi" w:hAnsiTheme="majorHAnsi" w:cstheme="majorHAnsi"/>
        </w:rPr>
      </w:pPr>
      <w:r w:rsidRPr="00127447">
        <w:rPr>
          <w:rFonts w:asciiTheme="majorHAnsi" w:hAnsiTheme="majorHAnsi" w:cstheme="majorHAnsi"/>
        </w:rPr>
        <w:br w:type="page"/>
      </w:r>
    </w:p>
    <w:p w14:paraId="6A39F13E" w14:textId="77777777" w:rsidR="00FE6E33" w:rsidRPr="00127447" w:rsidRDefault="00975144">
      <w:pPr>
        <w:pStyle w:val="FormTitle"/>
        <w:spacing w:after="120"/>
        <w:jc w:val="center"/>
        <w:rPr>
          <w:rFonts w:asciiTheme="majorHAnsi" w:hAnsiTheme="majorHAnsi" w:cstheme="majorHAnsi"/>
          <w:color w:val="C00000"/>
        </w:rPr>
      </w:pPr>
      <w:r w:rsidRPr="00127447">
        <w:rPr>
          <w:rFonts w:asciiTheme="majorHAnsi" w:hAnsiTheme="majorHAnsi" w:cstheme="majorHAnsi"/>
          <w:color w:val="C00000"/>
        </w:rPr>
        <w:lastRenderedPageBreak/>
        <w:t>ISTRUTTORIA E PROVVEDIMENTO</w:t>
      </w:r>
    </w:p>
    <w:p w14:paraId="4BE8C1D9" w14:textId="02C2E6AD" w:rsidR="00FE6E33" w:rsidRPr="00127447" w:rsidRDefault="00975144">
      <w:pPr>
        <w:pStyle w:val="SectionHead"/>
        <w:spacing w:before="120" w:after="60" w:line="240" w:lineRule="auto"/>
        <w:rPr>
          <w:rFonts w:asciiTheme="majorHAnsi" w:hAnsiTheme="majorHAnsi" w:cstheme="majorHAnsi"/>
          <w:color w:val="C00000"/>
        </w:rPr>
      </w:pPr>
      <w:r w:rsidRPr="00127447">
        <w:rPr>
          <w:rFonts w:asciiTheme="majorHAnsi" w:hAnsiTheme="majorHAnsi" w:cstheme="majorHAnsi"/>
          <w:color w:val="C00000"/>
        </w:rPr>
        <w:t>7. Parere del Direttore</w:t>
      </w:r>
      <w:r w:rsidR="006C57F8" w:rsidRPr="00127447">
        <w:rPr>
          <w:rFonts w:asciiTheme="majorHAnsi" w:hAnsiTheme="majorHAnsi" w:cstheme="majorHAnsi"/>
          <w:color w:val="C00000"/>
        </w:rPr>
        <w:t>/Direttrice</w:t>
      </w:r>
      <w:r w:rsidRPr="00127447">
        <w:rPr>
          <w:rFonts w:asciiTheme="majorHAnsi" w:hAnsiTheme="majorHAnsi" w:cstheme="majorHAnsi"/>
          <w:color w:val="C00000"/>
        </w:rPr>
        <w:t xml:space="preserve"> del Dipartimento</w:t>
      </w:r>
    </w:p>
    <w:p w14:paraId="3B617202" w14:textId="77777777" w:rsidR="00FE6E33" w:rsidRPr="00127447" w:rsidRDefault="00975144" w:rsidP="00705C5D">
      <w:pPr>
        <w:pStyle w:val="Body"/>
        <w:spacing w:after="80" w:line="240" w:lineRule="auto"/>
        <w:jc w:val="both"/>
        <w:rPr>
          <w:rFonts w:asciiTheme="majorHAnsi" w:hAnsiTheme="majorHAnsi" w:cstheme="majorHAnsi"/>
          <w:sz w:val="22"/>
          <w:szCs w:val="28"/>
        </w:rPr>
      </w:pPr>
      <w:r w:rsidRPr="00127447">
        <w:rPr>
          <w:rFonts w:asciiTheme="majorHAnsi" w:hAnsiTheme="majorHAnsi" w:cstheme="majorHAnsi"/>
          <w:sz w:val="22"/>
          <w:szCs w:val="28"/>
        </w:rPr>
        <w:t xml:space="preserve">Il/La sottoscritto/a Prof./Prof.ssa ________________________________, Direttore del Dipartimento di ________________________________, vista l'istanza di autorizzazione sopra indicata, </w:t>
      </w:r>
      <w:r w:rsidRPr="00127447">
        <w:rPr>
          <w:rFonts w:asciiTheme="majorHAnsi" w:hAnsiTheme="majorHAnsi" w:cstheme="majorHAnsi"/>
          <w:b/>
          <w:sz w:val="22"/>
          <w:szCs w:val="28"/>
        </w:rPr>
        <w:t>ESPRIME</w:t>
      </w:r>
      <w:r w:rsidRPr="00127447">
        <w:rPr>
          <w:rFonts w:asciiTheme="majorHAnsi" w:hAnsiTheme="majorHAnsi" w:cstheme="majorHAnsi"/>
          <w:sz w:val="22"/>
          <w:szCs w:val="28"/>
        </w:rPr>
        <w:t xml:space="preserve"> il seguente parere:</w:t>
      </w:r>
    </w:p>
    <w:p w14:paraId="0559B8F8" w14:textId="77777777" w:rsidR="00705C5D" w:rsidRPr="00127447" w:rsidRDefault="00705C5D" w:rsidP="00705C5D">
      <w:pPr>
        <w:pStyle w:val="Body"/>
        <w:spacing w:after="80" w:line="240" w:lineRule="auto"/>
        <w:jc w:val="both"/>
        <w:rPr>
          <w:rFonts w:asciiTheme="majorHAnsi" w:hAnsiTheme="majorHAnsi" w:cstheme="majorHAnsi"/>
          <w:sz w:val="20"/>
          <w:szCs w:val="24"/>
        </w:rPr>
      </w:pPr>
    </w:p>
    <w:tbl>
      <w:tblPr>
        <w:tblW w:w="0" w:type="auto"/>
        <w:tblLook w:val="04A0" w:firstRow="1" w:lastRow="0" w:firstColumn="1" w:lastColumn="0" w:noHBand="0" w:noVBand="1"/>
      </w:tblPr>
      <w:tblGrid>
        <w:gridCol w:w="10292"/>
      </w:tblGrid>
      <w:tr w:rsidR="00FE6E33" w:rsidRPr="00127447" w14:paraId="24BE71A7" w14:textId="77777777">
        <w:tc>
          <w:tcPr>
            <w:tcW w:w="10312" w:type="dxa"/>
            <w:tcBorders>
              <w:top w:val="single" w:sz="8" w:space="0" w:color="D9E2F3"/>
              <w:left w:val="single" w:sz="8" w:space="0" w:color="D9E2F3"/>
              <w:bottom w:val="single" w:sz="8" w:space="0" w:color="D9E2F3"/>
              <w:right w:val="single" w:sz="8" w:space="0" w:color="D9E2F3"/>
            </w:tcBorders>
            <w:shd w:val="clear" w:color="auto" w:fill="F8FBFF"/>
            <w:tcMar>
              <w:top w:w="100" w:type="dxa"/>
              <w:left w:w="120" w:type="dxa"/>
              <w:bottom w:w="100" w:type="dxa"/>
              <w:right w:w="120" w:type="dxa"/>
            </w:tcMar>
          </w:tcPr>
          <w:p w14:paraId="245F77D7" w14:textId="43340D81" w:rsidR="00FE6E33" w:rsidRPr="00127447" w:rsidRDefault="00705C5D">
            <w:pPr>
              <w:pStyle w:val="Body"/>
              <w:spacing w:after="20" w:line="240" w:lineRule="auto"/>
              <w:rPr>
                <w:rFonts w:asciiTheme="majorHAnsi" w:hAnsiTheme="majorHAnsi" w:cstheme="majorHAnsi"/>
                <w:sz w:val="20"/>
                <w:szCs w:val="24"/>
              </w:rPr>
            </w:pPr>
            <w:r w:rsidRPr="00127447">
              <w:rPr>
                <w:rFonts w:asciiTheme="majorHAnsi" w:hAnsiTheme="majorHAnsi" w:cstheme="majorHAnsi"/>
                <w:sz w:val="20"/>
                <w:szCs w:val="24"/>
              </w:rPr>
              <w:t xml:space="preserve">□ </w:t>
            </w:r>
            <w:r w:rsidRPr="00127447">
              <w:rPr>
                <w:rFonts w:asciiTheme="majorHAnsi" w:hAnsiTheme="majorHAnsi" w:cstheme="majorHAnsi"/>
                <w:b/>
                <w:bCs/>
                <w:sz w:val="20"/>
                <w:szCs w:val="24"/>
              </w:rPr>
              <w:t>PARERE POSITIVO</w:t>
            </w:r>
            <w:r w:rsidR="00975144" w:rsidRPr="00127447">
              <w:rPr>
                <w:rFonts w:asciiTheme="majorHAnsi" w:hAnsiTheme="majorHAnsi" w:cstheme="majorHAnsi"/>
                <w:sz w:val="20"/>
                <w:szCs w:val="24"/>
              </w:rPr>
              <w:t>. Dall'istruttoria svolta risulta che ricorrono le condizioni, i criteri e i limiti previsti dal Regolamento di Ateneo vigente in materia di incarichi extra-istituzionali</w:t>
            </w:r>
            <w:r w:rsidR="00B30ED1">
              <w:rPr>
                <w:rFonts w:asciiTheme="majorHAnsi" w:hAnsiTheme="majorHAnsi" w:cstheme="majorHAnsi"/>
                <w:sz w:val="20"/>
                <w:szCs w:val="24"/>
              </w:rPr>
              <w:t xml:space="preserve"> in merito a:</w:t>
            </w:r>
          </w:p>
          <w:p w14:paraId="7D854706" w14:textId="10F6CACE" w:rsidR="00FE6E33" w:rsidRPr="00127447" w:rsidRDefault="00975144" w:rsidP="00677584">
            <w:pPr>
              <w:pStyle w:val="Body"/>
              <w:numPr>
                <w:ilvl w:val="0"/>
                <w:numId w:val="13"/>
              </w:numPr>
              <w:spacing w:after="20" w:line="240" w:lineRule="auto"/>
              <w:rPr>
                <w:rFonts w:asciiTheme="majorHAnsi" w:hAnsiTheme="majorHAnsi" w:cstheme="majorHAnsi"/>
                <w:sz w:val="20"/>
                <w:szCs w:val="24"/>
              </w:rPr>
            </w:pPr>
            <w:r w:rsidRPr="00127447">
              <w:rPr>
                <w:rFonts w:asciiTheme="majorHAnsi" w:hAnsiTheme="majorHAnsi" w:cstheme="majorHAnsi"/>
                <w:sz w:val="20"/>
                <w:szCs w:val="24"/>
              </w:rPr>
              <w:t>compatibilità dell'incarico con il regime di impegno del docente e con le fonti normative applicabili.</w:t>
            </w:r>
          </w:p>
          <w:p w14:paraId="7D029BCD" w14:textId="56BABB32" w:rsidR="00FE6E33" w:rsidRPr="00127447" w:rsidRDefault="00975144" w:rsidP="00677584">
            <w:pPr>
              <w:pStyle w:val="Body"/>
              <w:numPr>
                <w:ilvl w:val="0"/>
                <w:numId w:val="13"/>
              </w:numPr>
              <w:spacing w:after="20" w:line="240" w:lineRule="auto"/>
              <w:rPr>
                <w:rFonts w:asciiTheme="majorHAnsi" w:hAnsiTheme="majorHAnsi" w:cstheme="majorHAnsi"/>
                <w:sz w:val="20"/>
                <w:szCs w:val="24"/>
              </w:rPr>
            </w:pPr>
            <w:r w:rsidRPr="00127447">
              <w:rPr>
                <w:rFonts w:asciiTheme="majorHAnsi" w:hAnsiTheme="majorHAnsi" w:cstheme="majorHAnsi"/>
                <w:sz w:val="20"/>
                <w:szCs w:val="24"/>
              </w:rPr>
              <w:t>natura, durata e tipologia dell'incarico.</w:t>
            </w:r>
          </w:p>
          <w:p w14:paraId="681FF398" w14:textId="36B8A549" w:rsidR="00FE6E33" w:rsidRPr="00127447" w:rsidRDefault="00975144" w:rsidP="00677584">
            <w:pPr>
              <w:pStyle w:val="Body"/>
              <w:numPr>
                <w:ilvl w:val="0"/>
                <w:numId w:val="13"/>
              </w:numPr>
              <w:spacing w:after="20" w:line="240" w:lineRule="auto"/>
              <w:rPr>
                <w:rFonts w:asciiTheme="majorHAnsi" w:hAnsiTheme="majorHAnsi" w:cstheme="majorHAnsi"/>
                <w:sz w:val="20"/>
                <w:szCs w:val="24"/>
              </w:rPr>
            </w:pPr>
            <w:r w:rsidRPr="00127447">
              <w:rPr>
                <w:rFonts w:asciiTheme="majorHAnsi" w:hAnsiTheme="majorHAnsi" w:cstheme="majorHAnsi"/>
                <w:sz w:val="20"/>
                <w:szCs w:val="24"/>
              </w:rPr>
              <w:t>compatibilità con l'assolvimento dei compiti istituzionali.</w:t>
            </w:r>
          </w:p>
          <w:p w14:paraId="2CD0EC41" w14:textId="0335F9D7" w:rsidR="00FE6E33" w:rsidRPr="00127447" w:rsidRDefault="00975144" w:rsidP="00677584">
            <w:pPr>
              <w:pStyle w:val="Body"/>
              <w:numPr>
                <w:ilvl w:val="0"/>
                <w:numId w:val="13"/>
              </w:numPr>
              <w:spacing w:after="20" w:line="240" w:lineRule="auto"/>
              <w:rPr>
                <w:rFonts w:asciiTheme="majorHAnsi" w:hAnsiTheme="majorHAnsi" w:cstheme="majorHAnsi"/>
                <w:sz w:val="20"/>
                <w:szCs w:val="24"/>
              </w:rPr>
            </w:pPr>
            <w:r w:rsidRPr="00127447">
              <w:rPr>
                <w:rFonts w:asciiTheme="majorHAnsi" w:hAnsiTheme="majorHAnsi" w:cstheme="majorHAnsi"/>
                <w:sz w:val="20"/>
                <w:szCs w:val="24"/>
              </w:rPr>
              <w:t>carattere occasionale dell'incarico.</w:t>
            </w:r>
          </w:p>
          <w:p w14:paraId="660451E0" w14:textId="1EEE3C04" w:rsidR="00FE6E33" w:rsidRPr="00127447" w:rsidRDefault="00975144" w:rsidP="00677584">
            <w:pPr>
              <w:pStyle w:val="Body"/>
              <w:numPr>
                <w:ilvl w:val="0"/>
                <w:numId w:val="13"/>
              </w:numPr>
              <w:spacing w:after="20" w:line="240" w:lineRule="auto"/>
              <w:rPr>
                <w:rFonts w:asciiTheme="majorHAnsi" w:hAnsiTheme="majorHAnsi" w:cstheme="majorHAnsi"/>
                <w:sz w:val="20"/>
                <w:szCs w:val="24"/>
              </w:rPr>
            </w:pPr>
            <w:r w:rsidRPr="00127447">
              <w:rPr>
                <w:rFonts w:asciiTheme="majorHAnsi" w:hAnsiTheme="majorHAnsi" w:cstheme="majorHAnsi"/>
                <w:sz w:val="20"/>
                <w:szCs w:val="24"/>
              </w:rPr>
              <w:t>assenza di conflitto di interessi, anche potenziale.</w:t>
            </w:r>
          </w:p>
          <w:p w14:paraId="3A91ED25" w14:textId="77777777" w:rsidR="004E3C34" w:rsidRPr="00127447" w:rsidRDefault="004E3C34" w:rsidP="004E3C34">
            <w:pPr>
              <w:pStyle w:val="Body"/>
              <w:spacing w:after="20" w:line="240" w:lineRule="auto"/>
              <w:ind w:left="720"/>
              <w:rPr>
                <w:rFonts w:asciiTheme="majorHAnsi" w:hAnsiTheme="majorHAnsi" w:cstheme="majorHAnsi"/>
                <w:sz w:val="20"/>
                <w:szCs w:val="24"/>
              </w:rPr>
            </w:pPr>
          </w:p>
          <w:p w14:paraId="1C9C0740" w14:textId="6703C6F6" w:rsidR="00FE6E33" w:rsidRPr="00127447" w:rsidRDefault="00705C5D">
            <w:pPr>
              <w:pStyle w:val="Body"/>
              <w:spacing w:after="20" w:line="240" w:lineRule="auto"/>
              <w:rPr>
                <w:rFonts w:asciiTheme="majorHAnsi" w:hAnsiTheme="majorHAnsi" w:cstheme="majorHAnsi"/>
                <w:sz w:val="20"/>
                <w:szCs w:val="24"/>
              </w:rPr>
            </w:pPr>
            <w:r w:rsidRPr="00127447">
              <w:rPr>
                <w:rFonts w:asciiTheme="majorHAnsi" w:hAnsiTheme="majorHAnsi" w:cstheme="majorHAnsi"/>
                <w:sz w:val="20"/>
                <w:szCs w:val="24"/>
              </w:rPr>
              <w:t xml:space="preserve">□ </w:t>
            </w:r>
            <w:r w:rsidRPr="00127447">
              <w:rPr>
                <w:rFonts w:asciiTheme="majorHAnsi" w:hAnsiTheme="majorHAnsi" w:cstheme="majorHAnsi"/>
                <w:b/>
                <w:bCs/>
                <w:sz w:val="20"/>
                <w:szCs w:val="24"/>
              </w:rPr>
              <w:t>PARERE NEGATIVO</w:t>
            </w:r>
            <w:r w:rsidRPr="00127447">
              <w:rPr>
                <w:rFonts w:asciiTheme="majorHAnsi" w:hAnsiTheme="majorHAnsi" w:cstheme="majorHAnsi"/>
                <w:sz w:val="20"/>
                <w:szCs w:val="24"/>
              </w:rPr>
              <w:t xml:space="preserve"> </w:t>
            </w:r>
            <w:r w:rsidR="00975144" w:rsidRPr="00127447">
              <w:rPr>
                <w:rFonts w:asciiTheme="majorHAnsi" w:hAnsiTheme="majorHAnsi" w:cstheme="majorHAnsi"/>
                <w:sz w:val="20"/>
                <w:szCs w:val="24"/>
              </w:rPr>
              <w:t xml:space="preserve">per il seguente </w:t>
            </w:r>
            <w:r w:rsidR="00B94EAF" w:rsidRPr="00127447">
              <w:rPr>
                <w:rFonts w:asciiTheme="majorHAnsi" w:hAnsiTheme="majorHAnsi" w:cstheme="majorHAnsi"/>
                <w:sz w:val="20"/>
                <w:szCs w:val="24"/>
              </w:rPr>
              <w:t>motiv</w:t>
            </w:r>
            <w:r w:rsidR="00766A26">
              <w:rPr>
                <w:rFonts w:asciiTheme="majorHAnsi" w:hAnsiTheme="majorHAnsi" w:cstheme="majorHAnsi"/>
                <w:sz w:val="20"/>
                <w:szCs w:val="24"/>
              </w:rPr>
              <w:t>o</w:t>
            </w:r>
            <w:r w:rsidR="00B94EAF" w:rsidRPr="00127447">
              <w:rPr>
                <w:rFonts w:asciiTheme="majorHAnsi" w:hAnsiTheme="majorHAnsi" w:cstheme="majorHAnsi"/>
                <w:sz w:val="20"/>
                <w:szCs w:val="24"/>
              </w:rPr>
              <w:t xml:space="preserve"> </w:t>
            </w:r>
            <w:r w:rsidR="009E4CCF" w:rsidRPr="00127447">
              <w:rPr>
                <w:rFonts w:asciiTheme="majorHAnsi" w:hAnsiTheme="majorHAnsi" w:cstheme="majorHAnsi"/>
                <w:sz w:val="20"/>
                <w:szCs w:val="24"/>
              </w:rPr>
              <w:t>(</w:t>
            </w:r>
            <w:r w:rsidR="009E4CCF" w:rsidRPr="00766A26">
              <w:rPr>
                <w:rFonts w:asciiTheme="majorHAnsi" w:hAnsiTheme="majorHAnsi" w:cstheme="majorHAnsi"/>
                <w:sz w:val="20"/>
                <w:szCs w:val="24"/>
                <w:u w:val="single"/>
              </w:rPr>
              <w:t>obbligatoria</w:t>
            </w:r>
            <w:r w:rsidR="009E4CCF" w:rsidRPr="00127447">
              <w:rPr>
                <w:rFonts w:asciiTheme="majorHAnsi" w:hAnsiTheme="majorHAnsi" w:cstheme="majorHAnsi"/>
                <w:sz w:val="20"/>
                <w:szCs w:val="24"/>
              </w:rPr>
              <w:t xml:space="preserve"> in caso di diniego</w:t>
            </w:r>
            <w:r w:rsidR="00B94EAF" w:rsidRPr="00127447">
              <w:rPr>
                <w:rFonts w:asciiTheme="majorHAnsi" w:hAnsiTheme="majorHAnsi" w:cstheme="majorHAnsi"/>
                <w:sz w:val="20"/>
                <w:szCs w:val="24"/>
              </w:rPr>
              <w:t xml:space="preserve">): </w:t>
            </w:r>
            <w:r w:rsidR="00975144" w:rsidRPr="00127447">
              <w:rPr>
                <w:rFonts w:asciiTheme="majorHAnsi" w:hAnsiTheme="majorHAnsi" w:cstheme="majorHAnsi"/>
                <w:sz w:val="20"/>
                <w:szCs w:val="24"/>
              </w:rPr>
              <w:t>____________________________________________________________________</w:t>
            </w:r>
          </w:p>
          <w:p w14:paraId="4683451C" w14:textId="77777777" w:rsidR="00766A26" w:rsidRDefault="00766A26">
            <w:pPr>
              <w:pStyle w:val="Body"/>
              <w:spacing w:after="20" w:line="240" w:lineRule="auto"/>
              <w:rPr>
                <w:rFonts w:asciiTheme="majorHAnsi" w:hAnsiTheme="majorHAnsi" w:cstheme="majorHAnsi"/>
                <w:sz w:val="20"/>
                <w:szCs w:val="24"/>
              </w:rPr>
            </w:pPr>
          </w:p>
          <w:p w14:paraId="28CEE89C" w14:textId="16F4C055" w:rsidR="00FE6E33" w:rsidRPr="00127447" w:rsidRDefault="00975144">
            <w:pPr>
              <w:pStyle w:val="Body"/>
              <w:spacing w:after="20" w:line="240" w:lineRule="auto"/>
              <w:rPr>
                <w:rFonts w:asciiTheme="majorHAnsi" w:hAnsiTheme="majorHAnsi" w:cstheme="majorHAnsi"/>
                <w:sz w:val="20"/>
                <w:szCs w:val="24"/>
              </w:rPr>
            </w:pPr>
            <w:r w:rsidRPr="00127447">
              <w:rPr>
                <w:rFonts w:asciiTheme="majorHAnsi" w:hAnsiTheme="majorHAnsi" w:cstheme="majorHAnsi"/>
                <w:sz w:val="20"/>
                <w:szCs w:val="24"/>
              </w:rPr>
              <w:t>Altre considerazioni istruttorie: _____________________________________________________________________________________________</w:t>
            </w:r>
          </w:p>
        </w:tc>
      </w:tr>
    </w:tbl>
    <w:p w14:paraId="3EC8DE92" w14:textId="77777777" w:rsidR="00705C5D" w:rsidRPr="00127447" w:rsidRDefault="00705C5D">
      <w:pPr>
        <w:pStyle w:val="Body"/>
        <w:spacing w:after="120" w:line="240" w:lineRule="auto"/>
        <w:rPr>
          <w:rFonts w:asciiTheme="majorHAnsi" w:hAnsiTheme="majorHAnsi" w:cstheme="majorHAnsi"/>
          <w:b/>
        </w:rPr>
      </w:pPr>
    </w:p>
    <w:p w14:paraId="391AEA5C" w14:textId="28AA6372" w:rsidR="00FE6E33" w:rsidRPr="00127447" w:rsidRDefault="00975144">
      <w:pPr>
        <w:pStyle w:val="Body"/>
        <w:spacing w:after="120" w:line="240" w:lineRule="auto"/>
        <w:rPr>
          <w:rFonts w:asciiTheme="majorHAnsi" w:hAnsiTheme="majorHAnsi" w:cstheme="majorHAnsi"/>
        </w:rPr>
      </w:pPr>
      <w:r w:rsidRPr="00127447">
        <w:rPr>
          <w:rFonts w:asciiTheme="majorHAnsi" w:hAnsiTheme="majorHAnsi" w:cstheme="majorHAnsi"/>
          <w:b/>
        </w:rPr>
        <w:t>Roma, ____________________</w:t>
      </w:r>
      <w:r w:rsidRPr="00127447">
        <w:rPr>
          <w:rFonts w:asciiTheme="majorHAnsi" w:hAnsiTheme="majorHAnsi" w:cstheme="majorHAnsi"/>
        </w:rPr>
        <w:t xml:space="preserve">        </w:t>
      </w:r>
      <w:r w:rsidRPr="00127447">
        <w:rPr>
          <w:rFonts w:asciiTheme="majorHAnsi" w:hAnsiTheme="majorHAnsi" w:cstheme="majorHAnsi"/>
          <w:b/>
        </w:rPr>
        <w:t>Firma del</w:t>
      </w:r>
      <w:r w:rsidR="00766A26">
        <w:rPr>
          <w:rFonts w:asciiTheme="majorHAnsi" w:hAnsiTheme="majorHAnsi" w:cstheme="majorHAnsi"/>
          <w:b/>
        </w:rPr>
        <w:t>/la</w:t>
      </w:r>
      <w:r w:rsidRPr="00127447">
        <w:rPr>
          <w:rFonts w:asciiTheme="majorHAnsi" w:hAnsiTheme="majorHAnsi" w:cstheme="majorHAnsi"/>
          <w:b/>
        </w:rPr>
        <w:t xml:space="preserve"> Direttore</w:t>
      </w:r>
      <w:r w:rsidR="00537915" w:rsidRPr="00127447">
        <w:rPr>
          <w:rFonts w:asciiTheme="majorHAnsi" w:hAnsiTheme="majorHAnsi" w:cstheme="majorHAnsi"/>
          <w:b/>
        </w:rPr>
        <w:t xml:space="preserve">/Direttrice </w:t>
      </w:r>
      <w:r w:rsidRPr="00127447">
        <w:rPr>
          <w:rFonts w:asciiTheme="majorHAnsi" w:hAnsiTheme="majorHAnsi" w:cstheme="majorHAnsi"/>
          <w:b/>
        </w:rPr>
        <w:t>________________________________</w:t>
      </w:r>
    </w:p>
    <w:p w14:paraId="5660BC4A" w14:textId="77777777" w:rsidR="00705C5D" w:rsidRPr="00127447" w:rsidRDefault="00705C5D">
      <w:pPr>
        <w:pStyle w:val="SectionHead"/>
        <w:spacing w:before="120" w:after="60" w:line="240" w:lineRule="auto"/>
        <w:rPr>
          <w:rFonts w:asciiTheme="majorHAnsi" w:hAnsiTheme="majorHAnsi" w:cstheme="majorHAnsi"/>
          <w:color w:val="C00000"/>
        </w:rPr>
      </w:pPr>
    </w:p>
    <w:p w14:paraId="589DAB54" w14:textId="41F2614A" w:rsidR="00FE6E33" w:rsidRPr="00127447" w:rsidRDefault="00975144">
      <w:pPr>
        <w:pStyle w:val="SectionHead"/>
        <w:spacing w:before="120" w:after="60" w:line="240" w:lineRule="auto"/>
        <w:rPr>
          <w:rFonts w:asciiTheme="majorHAnsi" w:hAnsiTheme="majorHAnsi" w:cstheme="majorHAnsi"/>
          <w:color w:val="C00000"/>
        </w:rPr>
      </w:pPr>
      <w:r w:rsidRPr="00127447">
        <w:rPr>
          <w:rFonts w:asciiTheme="majorHAnsi" w:hAnsiTheme="majorHAnsi" w:cstheme="majorHAnsi"/>
          <w:color w:val="C00000"/>
        </w:rPr>
        <w:t>8. Autorizzazione del</w:t>
      </w:r>
      <w:r w:rsidR="006C57F8" w:rsidRPr="00127447">
        <w:rPr>
          <w:rFonts w:asciiTheme="majorHAnsi" w:hAnsiTheme="majorHAnsi" w:cstheme="majorHAnsi"/>
          <w:color w:val="C00000"/>
        </w:rPr>
        <w:t>/la</w:t>
      </w:r>
      <w:r w:rsidRPr="00127447">
        <w:rPr>
          <w:rFonts w:asciiTheme="majorHAnsi" w:hAnsiTheme="majorHAnsi" w:cstheme="majorHAnsi"/>
          <w:color w:val="C00000"/>
        </w:rPr>
        <w:t xml:space="preserve"> Preside di Facoltà</w:t>
      </w:r>
    </w:p>
    <w:p w14:paraId="33C2A28A" w14:textId="63AC8FDA" w:rsidR="00FE6E33" w:rsidRPr="00127447" w:rsidRDefault="00975144" w:rsidP="00705C5D">
      <w:pPr>
        <w:pStyle w:val="Body"/>
        <w:spacing w:after="80" w:line="240" w:lineRule="auto"/>
        <w:jc w:val="both"/>
        <w:rPr>
          <w:rFonts w:asciiTheme="majorHAnsi" w:hAnsiTheme="majorHAnsi" w:cstheme="majorHAnsi"/>
          <w:sz w:val="20"/>
          <w:szCs w:val="24"/>
        </w:rPr>
      </w:pPr>
      <w:r w:rsidRPr="00127447">
        <w:rPr>
          <w:rFonts w:asciiTheme="majorHAnsi" w:hAnsiTheme="majorHAnsi" w:cstheme="majorHAnsi"/>
          <w:sz w:val="20"/>
          <w:szCs w:val="24"/>
        </w:rPr>
        <w:t>Il/La sottoscritto/a Prof./Prof.ssa ________________________________, Preside della Facoltà di ________________________________, visto il parere del</w:t>
      </w:r>
      <w:r w:rsidR="00766A26">
        <w:rPr>
          <w:rFonts w:asciiTheme="majorHAnsi" w:hAnsiTheme="majorHAnsi" w:cstheme="majorHAnsi"/>
          <w:sz w:val="20"/>
          <w:szCs w:val="24"/>
        </w:rPr>
        <w:t>/la</w:t>
      </w:r>
      <w:r w:rsidRPr="00127447">
        <w:rPr>
          <w:rFonts w:asciiTheme="majorHAnsi" w:hAnsiTheme="majorHAnsi" w:cstheme="majorHAnsi"/>
          <w:sz w:val="20"/>
          <w:szCs w:val="24"/>
        </w:rPr>
        <w:t xml:space="preserve"> Direttore</w:t>
      </w:r>
      <w:r w:rsidR="00766A26">
        <w:rPr>
          <w:rFonts w:asciiTheme="majorHAnsi" w:hAnsiTheme="majorHAnsi" w:cstheme="majorHAnsi"/>
          <w:sz w:val="20"/>
          <w:szCs w:val="24"/>
        </w:rPr>
        <w:t>/Direttrice</w:t>
      </w:r>
      <w:r w:rsidRPr="00127447">
        <w:rPr>
          <w:rFonts w:asciiTheme="majorHAnsi" w:hAnsiTheme="majorHAnsi" w:cstheme="majorHAnsi"/>
          <w:sz w:val="20"/>
          <w:szCs w:val="24"/>
        </w:rPr>
        <w:t xml:space="preserve"> del Dipartimento e vista l'istanza presentata, </w:t>
      </w:r>
      <w:r w:rsidRPr="00127447">
        <w:rPr>
          <w:rFonts w:asciiTheme="majorHAnsi" w:hAnsiTheme="majorHAnsi" w:cstheme="majorHAnsi"/>
          <w:b/>
          <w:sz w:val="20"/>
          <w:szCs w:val="24"/>
        </w:rPr>
        <w:t>PROVVEDE</w:t>
      </w:r>
      <w:r w:rsidRPr="00127447">
        <w:rPr>
          <w:rFonts w:asciiTheme="majorHAnsi" w:hAnsiTheme="majorHAnsi" w:cstheme="majorHAnsi"/>
          <w:sz w:val="20"/>
          <w:szCs w:val="24"/>
        </w:rPr>
        <w:t xml:space="preserve"> come segue:</w:t>
      </w:r>
    </w:p>
    <w:p w14:paraId="05172A65" w14:textId="77777777" w:rsidR="00705C5D" w:rsidRPr="00127447" w:rsidRDefault="00705C5D">
      <w:pPr>
        <w:pStyle w:val="Body"/>
        <w:spacing w:after="80" w:line="240" w:lineRule="auto"/>
        <w:rPr>
          <w:rFonts w:asciiTheme="majorHAnsi" w:hAnsiTheme="majorHAnsi" w:cstheme="majorHAnsi"/>
        </w:rPr>
      </w:pPr>
    </w:p>
    <w:tbl>
      <w:tblPr>
        <w:tblW w:w="0" w:type="auto"/>
        <w:tblLook w:val="04A0" w:firstRow="1" w:lastRow="0" w:firstColumn="1" w:lastColumn="0" w:noHBand="0" w:noVBand="1"/>
      </w:tblPr>
      <w:tblGrid>
        <w:gridCol w:w="10292"/>
      </w:tblGrid>
      <w:tr w:rsidR="00FE6E33" w:rsidRPr="00127447" w14:paraId="7355B0EC" w14:textId="77777777">
        <w:tc>
          <w:tcPr>
            <w:tcW w:w="10312" w:type="dxa"/>
            <w:tcBorders>
              <w:top w:val="single" w:sz="8" w:space="0" w:color="D9E2F3"/>
              <w:left w:val="single" w:sz="8" w:space="0" w:color="D9E2F3"/>
              <w:bottom w:val="single" w:sz="8" w:space="0" w:color="D9E2F3"/>
              <w:right w:val="single" w:sz="8" w:space="0" w:color="D9E2F3"/>
            </w:tcBorders>
            <w:shd w:val="clear" w:color="auto" w:fill="F8FBFF"/>
            <w:tcMar>
              <w:top w:w="100" w:type="dxa"/>
              <w:left w:w="120" w:type="dxa"/>
              <w:bottom w:w="100" w:type="dxa"/>
              <w:right w:w="120" w:type="dxa"/>
            </w:tcMar>
          </w:tcPr>
          <w:p w14:paraId="4CE2469F" w14:textId="6E706921" w:rsidR="00FE6E33" w:rsidRPr="00127447" w:rsidRDefault="003438FC">
            <w:pPr>
              <w:pStyle w:val="Body"/>
              <w:spacing w:after="20" w:line="240" w:lineRule="auto"/>
              <w:rPr>
                <w:rFonts w:asciiTheme="majorHAnsi" w:hAnsiTheme="majorHAnsi" w:cstheme="majorHAnsi"/>
                <w:sz w:val="20"/>
                <w:szCs w:val="24"/>
              </w:rPr>
            </w:pPr>
            <w:r w:rsidRPr="00127447">
              <w:rPr>
                <w:rFonts w:asciiTheme="majorHAnsi" w:hAnsiTheme="majorHAnsi" w:cstheme="majorHAnsi"/>
                <w:b/>
                <w:bCs/>
                <w:sz w:val="20"/>
                <w:szCs w:val="24"/>
              </w:rPr>
              <w:t>□ AUTORIZZA</w:t>
            </w:r>
            <w:r w:rsidR="00975144" w:rsidRPr="00127447">
              <w:rPr>
                <w:rFonts w:asciiTheme="majorHAnsi" w:hAnsiTheme="majorHAnsi" w:cstheme="majorHAnsi"/>
                <w:sz w:val="20"/>
                <w:szCs w:val="24"/>
              </w:rPr>
              <w:t>, in quanto ricorrono le condizioni, i criteri e i limiti previsti dal Regolamento di Ateneo vigente in materia di incarichi extra-istituzionali.</w:t>
            </w:r>
            <w:r w:rsidR="00F30938">
              <w:rPr>
                <w:rFonts w:asciiTheme="majorHAnsi" w:hAnsiTheme="majorHAnsi" w:cstheme="majorHAnsi"/>
                <w:sz w:val="20"/>
                <w:szCs w:val="24"/>
              </w:rPr>
              <w:t xml:space="preserve"> In particolare</w:t>
            </w:r>
            <w:r w:rsidR="0078161B">
              <w:rPr>
                <w:rFonts w:asciiTheme="majorHAnsi" w:hAnsiTheme="majorHAnsi" w:cstheme="majorHAnsi"/>
                <w:sz w:val="20"/>
                <w:szCs w:val="24"/>
              </w:rPr>
              <w:t xml:space="preserve"> è stata verificata</w:t>
            </w:r>
            <w:r w:rsidR="00F30938">
              <w:rPr>
                <w:rFonts w:asciiTheme="majorHAnsi" w:hAnsiTheme="majorHAnsi" w:cstheme="majorHAnsi"/>
                <w:sz w:val="20"/>
                <w:szCs w:val="24"/>
              </w:rPr>
              <w:t>:</w:t>
            </w:r>
          </w:p>
          <w:p w14:paraId="7DD7E8E8" w14:textId="0EFA5F9C" w:rsidR="00625C83" w:rsidRPr="00127447" w:rsidRDefault="00625C83" w:rsidP="00766A26">
            <w:pPr>
              <w:pStyle w:val="Body"/>
              <w:numPr>
                <w:ilvl w:val="0"/>
                <w:numId w:val="14"/>
              </w:numPr>
              <w:spacing w:after="20" w:line="240" w:lineRule="auto"/>
              <w:rPr>
                <w:rFonts w:asciiTheme="majorHAnsi" w:hAnsiTheme="majorHAnsi" w:cstheme="majorHAnsi"/>
                <w:sz w:val="20"/>
                <w:szCs w:val="24"/>
              </w:rPr>
            </w:pPr>
            <w:r w:rsidRPr="00127447">
              <w:rPr>
                <w:rFonts w:asciiTheme="majorHAnsi" w:hAnsiTheme="majorHAnsi" w:cstheme="majorHAnsi"/>
                <w:sz w:val="20"/>
                <w:szCs w:val="24"/>
              </w:rPr>
              <w:t>la compatibilità dell'incarico con il regime di impegno del docente e con le fonti normative applicabili.</w:t>
            </w:r>
          </w:p>
          <w:p w14:paraId="5F0F19BF" w14:textId="4C9CC84E" w:rsidR="00625C83" w:rsidRPr="00127447" w:rsidRDefault="00D04DC8" w:rsidP="00766A26">
            <w:pPr>
              <w:pStyle w:val="Body"/>
              <w:numPr>
                <w:ilvl w:val="0"/>
                <w:numId w:val="14"/>
              </w:numPr>
              <w:spacing w:after="20" w:line="240" w:lineRule="auto"/>
              <w:rPr>
                <w:rFonts w:asciiTheme="majorHAnsi" w:hAnsiTheme="majorHAnsi" w:cstheme="majorHAnsi"/>
                <w:sz w:val="20"/>
                <w:szCs w:val="24"/>
              </w:rPr>
            </w:pPr>
            <w:r>
              <w:rPr>
                <w:rFonts w:asciiTheme="majorHAnsi" w:hAnsiTheme="majorHAnsi" w:cstheme="majorHAnsi"/>
                <w:sz w:val="20"/>
                <w:szCs w:val="24"/>
              </w:rPr>
              <w:t>la</w:t>
            </w:r>
            <w:r w:rsidR="00625C83" w:rsidRPr="00127447">
              <w:rPr>
                <w:rFonts w:asciiTheme="majorHAnsi" w:hAnsiTheme="majorHAnsi" w:cstheme="majorHAnsi"/>
                <w:sz w:val="20"/>
                <w:szCs w:val="24"/>
              </w:rPr>
              <w:t xml:space="preserve"> natura, durata e tipologia dell'incarico.</w:t>
            </w:r>
          </w:p>
          <w:p w14:paraId="615B8BD4" w14:textId="35BD4330" w:rsidR="00625C83" w:rsidRPr="00127447" w:rsidRDefault="00625C83" w:rsidP="00766A26">
            <w:pPr>
              <w:pStyle w:val="Body"/>
              <w:numPr>
                <w:ilvl w:val="0"/>
                <w:numId w:val="14"/>
              </w:numPr>
              <w:spacing w:after="20" w:line="240" w:lineRule="auto"/>
              <w:rPr>
                <w:rFonts w:asciiTheme="majorHAnsi" w:hAnsiTheme="majorHAnsi" w:cstheme="majorHAnsi"/>
                <w:sz w:val="20"/>
                <w:szCs w:val="24"/>
              </w:rPr>
            </w:pPr>
            <w:r w:rsidRPr="00127447">
              <w:rPr>
                <w:rFonts w:asciiTheme="majorHAnsi" w:hAnsiTheme="majorHAnsi" w:cstheme="majorHAnsi"/>
                <w:sz w:val="20"/>
                <w:szCs w:val="24"/>
              </w:rPr>
              <w:t>la compatibilità con l'assolvimento dei compiti istituzionali.</w:t>
            </w:r>
          </w:p>
          <w:p w14:paraId="10101CE2" w14:textId="38C753AB" w:rsidR="00625C83" w:rsidRPr="00127447" w:rsidRDefault="00625C83" w:rsidP="00766A26">
            <w:pPr>
              <w:pStyle w:val="Body"/>
              <w:numPr>
                <w:ilvl w:val="0"/>
                <w:numId w:val="14"/>
              </w:numPr>
              <w:spacing w:after="20" w:line="240" w:lineRule="auto"/>
              <w:rPr>
                <w:rFonts w:asciiTheme="majorHAnsi" w:hAnsiTheme="majorHAnsi" w:cstheme="majorHAnsi"/>
                <w:sz w:val="20"/>
                <w:szCs w:val="24"/>
              </w:rPr>
            </w:pPr>
            <w:r w:rsidRPr="00127447">
              <w:rPr>
                <w:rFonts w:asciiTheme="majorHAnsi" w:hAnsiTheme="majorHAnsi" w:cstheme="majorHAnsi"/>
                <w:sz w:val="20"/>
                <w:szCs w:val="24"/>
              </w:rPr>
              <w:t>il carattere occasionale dell'incarico.</w:t>
            </w:r>
          </w:p>
          <w:p w14:paraId="5530CDE9" w14:textId="4C63DEBE" w:rsidR="00625C83" w:rsidRPr="00127447" w:rsidRDefault="004C3678" w:rsidP="004C3678">
            <w:pPr>
              <w:pStyle w:val="Body"/>
              <w:spacing w:after="20" w:line="240" w:lineRule="auto"/>
              <w:rPr>
                <w:rFonts w:asciiTheme="majorHAnsi" w:hAnsiTheme="majorHAnsi" w:cstheme="majorHAnsi"/>
                <w:sz w:val="20"/>
                <w:szCs w:val="24"/>
              </w:rPr>
            </w:pPr>
            <w:r>
              <w:rPr>
                <w:rFonts w:asciiTheme="majorHAnsi" w:hAnsiTheme="majorHAnsi" w:cstheme="majorHAnsi"/>
                <w:sz w:val="20"/>
                <w:szCs w:val="24"/>
              </w:rPr>
              <w:t xml:space="preserve">È stata valutata </w:t>
            </w:r>
            <w:r w:rsidR="00625C83" w:rsidRPr="00127447">
              <w:rPr>
                <w:rFonts w:asciiTheme="majorHAnsi" w:hAnsiTheme="majorHAnsi" w:cstheme="majorHAnsi"/>
                <w:sz w:val="20"/>
                <w:szCs w:val="24"/>
              </w:rPr>
              <w:t>l'assenza di conflitto di interessi, anche potenziale.</w:t>
            </w:r>
          </w:p>
          <w:p w14:paraId="515E8432" w14:textId="77777777" w:rsidR="004A42FA" w:rsidRPr="00127447" w:rsidRDefault="004A42FA">
            <w:pPr>
              <w:pStyle w:val="Body"/>
              <w:spacing w:after="20" w:line="240" w:lineRule="auto"/>
              <w:rPr>
                <w:rFonts w:asciiTheme="majorHAnsi" w:hAnsiTheme="majorHAnsi" w:cstheme="majorHAnsi"/>
                <w:sz w:val="20"/>
                <w:szCs w:val="24"/>
              </w:rPr>
            </w:pPr>
          </w:p>
          <w:p w14:paraId="1ADE684D" w14:textId="5E47FCC0" w:rsidR="00FE6E33" w:rsidRPr="00127447" w:rsidRDefault="003438FC">
            <w:pPr>
              <w:pStyle w:val="Body"/>
              <w:spacing w:after="20" w:line="240" w:lineRule="auto"/>
              <w:rPr>
                <w:rFonts w:asciiTheme="majorHAnsi" w:hAnsiTheme="majorHAnsi" w:cstheme="majorHAnsi"/>
                <w:sz w:val="20"/>
                <w:szCs w:val="24"/>
              </w:rPr>
            </w:pPr>
            <w:r w:rsidRPr="00127447">
              <w:rPr>
                <w:rFonts w:asciiTheme="majorHAnsi" w:hAnsiTheme="majorHAnsi" w:cstheme="majorHAnsi"/>
                <w:b/>
                <w:bCs/>
                <w:sz w:val="20"/>
                <w:szCs w:val="24"/>
              </w:rPr>
              <w:t>□ NON AUTORIZZA</w:t>
            </w:r>
            <w:r w:rsidRPr="00127447">
              <w:rPr>
                <w:rFonts w:asciiTheme="majorHAnsi" w:hAnsiTheme="majorHAnsi" w:cstheme="majorHAnsi"/>
                <w:sz w:val="20"/>
                <w:szCs w:val="24"/>
              </w:rPr>
              <w:t xml:space="preserve"> </w:t>
            </w:r>
            <w:r w:rsidR="00975144" w:rsidRPr="00127447">
              <w:rPr>
                <w:rFonts w:asciiTheme="majorHAnsi" w:hAnsiTheme="majorHAnsi" w:cstheme="majorHAnsi"/>
                <w:sz w:val="20"/>
                <w:szCs w:val="24"/>
              </w:rPr>
              <w:t xml:space="preserve">per il seguente </w:t>
            </w:r>
            <w:r w:rsidR="00B94EAF" w:rsidRPr="00127447">
              <w:rPr>
                <w:rFonts w:asciiTheme="majorHAnsi" w:hAnsiTheme="majorHAnsi" w:cstheme="majorHAnsi"/>
                <w:sz w:val="20"/>
                <w:szCs w:val="24"/>
              </w:rPr>
              <w:t>motiv</w:t>
            </w:r>
            <w:r w:rsidR="00F30938">
              <w:rPr>
                <w:rFonts w:asciiTheme="majorHAnsi" w:hAnsiTheme="majorHAnsi" w:cstheme="majorHAnsi"/>
                <w:sz w:val="20"/>
                <w:szCs w:val="24"/>
              </w:rPr>
              <w:t>o</w:t>
            </w:r>
            <w:r w:rsidR="00B94EAF" w:rsidRPr="00127447">
              <w:rPr>
                <w:rFonts w:asciiTheme="majorHAnsi" w:hAnsiTheme="majorHAnsi" w:cstheme="majorHAnsi"/>
                <w:sz w:val="20"/>
                <w:szCs w:val="24"/>
              </w:rPr>
              <w:t xml:space="preserve"> (</w:t>
            </w:r>
            <w:r w:rsidR="00B94EAF" w:rsidRPr="00F30938">
              <w:rPr>
                <w:rFonts w:asciiTheme="majorHAnsi" w:hAnsiTheme="majorHAnsi" w:cstheme="majorHAnsi"/>
                <w:sz w:val="20"/>
                <w:szCs w:val="24"/>
                <w:u w:val="single"/>
              </w:rPr>
              <w:t>obbligatoria</w:t>
            </w:r>
            <w:r w:rsidR="00B94EAF" w:rsidRPr="00127447">
              <w:rPr>
                <w:rFonts w:asciiTheme="majorHAnsi" w:hAnsiTheme="majorHAnsi" w:cstheme="majorHAnsi"/>
                <w:sz w:val="20"/>
                <w:szCs w:val="24"/>
              </w:rPr>
              <w:t xml:space="preserve"> in caso di diniego)</w:t>
            </w:r>
            <w:r w:rsidR="00975144" w:rsidRPr="00127447">
              <w:rPr>
                <w:rFonts w:asciiTheme="majorHAnsi" w:hAnsiTheme="majorHAnsi" w:cstheme="majorHAnsi"/>
                <w:sz w:val="20"/>
                <w:szCs w:val="24"/>
              </w:rPr>
              <w:t>: ______________________________________________________________________________________</w:t>
            </w:r>
          </w:p>
          <w:p w14:paraId="4B84B23D" w14:textId="5BB9A236" w:rsidR="00FE6E33" w:rsidRPr="00127447" w:rsidRDefault="00975144">
            <w:pPr>
              <w:pStyle w:val="Body"/>
              <w:spacing w:after="20" w:line="240" w:lineRule="auto"/>
              <w:rPr>
                <w:rFonts w:asciiTheme="majorHAnsi" w:hAnsiTheme="majorHAnsi" w:cstheme="majorHAnsi"/>
                <w:sz w:val="20"/>
                <w:szCs w:val="24"/>
              </w:rPr>
            </w:pPr>
            <w:r w:rsidRPr="00127447">
              <w:rPr>
                <w:rFonts w:asciiTheme="majorHAnsi" w:hAnsiTheme="majorHAnsi" w:cstheme="majorHAnsi"/>
                <w:sz w:val="20"/>
                <w:szCs w:val="24"/>
              </w:rPr>
              <w:t>Ulteriori annotazioni: ____________________________________________________________________________________________________</w:t>
            </w:r>
          </w:p>
          <w:p w14:paraId="482984B9" w14:textId="77777777" w:rsidR="004A42FA" w:rsidRPr="00127447" w:rsidRDefault="004A42FA">
            <w:pPr>
              <w:pStyle w:val="Body"/>
              <w:spacing w:after="20" w:line="240" w:lineRule="auto"/>
              <w:rPr>
                <w:rFonts w:asciiTheme="majorHAnsi" w:hAnsiTheme="majorHAnsi" w:cstheme="majorHAnsi"/>
                <w:sz w:val="20"/>
                <w:szCs w:val="24"/>
              </w:rPr>
            </w:pPr>
          </w:p>
          <w:p w14:paraId="61541FD2" w14:textId="08FF844B" w:rsidR="004A42FA" w:rsidRPr="00127447" w:rsidRDefault="002A3F6E">
            <w:pPr>
              <w:pStyle w:val="Body"/>
              <w:spacing w:after="20" w:line="240" w:lineRule="auto"/>
              <w:rPr>
                <w:rFonts w:asciiTheme="majorHAnsi" w:hAnsiTheme="majorHAnsi" w:cstheme="majorHAnsi"/>
                <w:i/>
                <w:iCs/>
                <w:sz w:val="20"/>
                <w:szCs w:val="24"/>
              </w:rPr>
            </w:pPr>
            <w:r w:rsidRPr="00127447">
              <w:rPr>
                <w:rFonts w:asciiTheme="majorHAnsi" w:hAnsiTheme="majorHAnsi" w:cstheme="majorHAnsi"/>
                <w:i/>
                <w:iCs/>
                <w:color w:val="333333"/>
                <w:sz w:val="18"/>
                <w:szCs w:val="24"/>
              </w:rPr>
              <w:t>Si trasmette al RA per gli adempimenti di pubblicazione/trasparenza e Anagrafe delle prestazioni (</w:t>
            </w:r>
            <w:proofErr w:type="spellStart"/>
            <w:r w:rsidRPr="00127447">
              <w:rPr>
                <w:rFonts w:asciiTheme="majorHAnsi" w:hAnsiTheme="majorHAnsi" w:cstheme="majorHAnsi"/>
                <w:i/>
                <w:iCs/>
                <w:color w:val="333333"/>
                <w:sz w:val="18"/>
                <w:szCs w:val="24"/>
              </w:rPr>
              <w:t>PerlaPA</w:t>
            </w:r>
            <w:proofErr w:type="spellEnd"/>
            <w:r w:rsidRPr="00127447">
              <w:rPr>
                <w:rFonts w:asciiTheme="majorHAnsi" w:hAnsiTheme="majorHAnsi" w:cstheme="majorHAnsi"/>
                <w:i/>
                <w:iCs/>
                <w:color w:val="333333"/>
                <w:sz w:val="18"/>
                <w:szCs w:val="24"/>
              </w:rPr>
              <w:t>/PAT secondo istruzioni vigenti) e si procede alla repertoriazione a cura della Facoltà; l’esito è comunicato al docente tramite Titulus.</w:t>
            </w:r>
          </w:p>
        </w:tc>
      </w:tr>
    </w:tbl>
    <w:p w14:paraId="1BA7F018" w14:textId="77777777" w:rsidR="00705C5D" w:rsidRPr="00127447" w:rsidRDefault="00705C5D">
      <w:pPr>
        <w:pStyle w:val="Body"/>
        <w:spacing w:after="0" w:line="240" w:lineRule="auto"/>
        <w:rPr>
          <w:rFonts w:asciiTheme="majorHAnsi" w:hAnsiTheme="majorHAnsi" w:cstheme="majorHAnsi"/>
          <w:b/>
        </w:rPr>
      </w:pPr>
    </w:p>
    <w:p w14:paraId="1E369D22" w14:textId="77777777" w:rsidR="00705C5D" w:rsidRPr="00127447" w:rsidRDefault="00705C5D">
      <w:pPr>
        <w:pStyle w:val="Body"/>
        <w:spacing w:after="0" w:line="240" w:lineRule="auto"/>
        <w:rPr>
          <w:rFonts w:asciiTheme="majorHAnsi" w:hAnsiTheme="majorHAnsi" w:cstheme="majorHAnsi"/>
          <w:b/>
        </w:rPr>
      </w:pPr>
    </w:p>
    <w:p w14:paraId="397154AE" w14:textId="418C6084" w:rsidR="00FE6E33" w:rsidRDefault="00975144">
      <w:pPr>
        <w:pStyle w:val="Body"/>
        <w:spacing w:after="0" w:line="240" w:lineRule="auto"/>
        <w:rPr>
          <w:rFonts w:asciiTheme="majorHAnsi" w:hAnsiTheme="majorHAnsi" w:cstheme="majorHAnsi"/>
          <w:b/>
          <w:color w:val="C00000"/>
          <w:sz w:val="20"/>
          <w:szCs w:val="24"/>
        </w:rPr>
      </w:pPr>
      <w:r w:rsidRPr="00127447">
        <w:rPr>
          <w:rFonts w:asciiTheme="majorHAnsi" w:hAnsiTheme="majorHAnsi" w:cstheme="majorHAnsi"/>
          <w:b/>
          <w:color w:val="C00000"/>
          <w:sz w:val="20"/>
          <w:szCs w:val="24"/>
        </w:rPr>
        <w:t>Roma, ____________________</w:t>
      </w:r>
      <w:r w:rsidRPr="00127447">
        <w:rPr>
          <w:rFonts w:asciiTheme="majorHAnsi" w:hAnsiTheme="majorHAnsi" w:cstheme="majorHAnsi"/>
          <w:color w:val="C00000"/>
          <w:sz w:val="20"/>
          <w:szCs w:val="24"/>
        </w:rPr>
        <w:t xml:space="preserve">        </w:t>
      </w:r>
      <w:r w:rsidRPr="00127447">
        <w:rPr>
          <w:rFonts w:asciiTheme="majorHAnsi" w:hAnsiTheme="majorHAnsi" w:cstheme="majorHAnsi"/>
          <w:b/>
          <w:color w:val="C00000"/>
          <w:sz w:val="20"/>
          <w:szCs w:val="24"/>
        </w:rPr>
        <w:t xml:space="preserve">Firma del Preside </w:t>
      </w:r>
      <w:r w:rsidR="000B156E" w:rsidRPr="00127447">
        <w:rPr>
          <w:rFonts w:asciiTheme="majorHAnsi" w:hAnsiTheme="majorHAnsi" w:cstheme="majorHAnsi"/>
          <w:b/>
          <w:color w:val="C00000"/>
          <w:sz w:val="20"/>
          <w:szCs w:val="24"/>
        </w:rPr>
        <w:t>Prof./Prof.ssa ______________</w:t>
      </w:r>
    </w:p>
    <w:p w14:paraId="5B52DCB2" w14:textId="77777777" w:rsidR="002C6B72" w:rsidRDefault="002C6B72">
      <w:pPr>
        <w:pStyle w:val="Body"/>
        <w:spacing w:after="0" w:line="240" w:lineRule="auto"/>
        <w:rPr>
          <w:rFonts w:asciiTheme="majorHAnsi" w:hAnsiTheme="majorHAnsi" w:cstheme="majorHAnsi"/>
          <w:b/>
          <w:color w:val="C00000"/>
          <w:sz w:val="20"/>
          <w:szCs w:val="24"/>
        </w:rPr>
      </w:pPr>
    </w:p>
    <w:p w14:paraId="5C3940C2" w14:textId="77777777" w:rsidR="002C6B72" w:rsidRDefault="002C6B72">
      <w:pPr>
        <w:pStyle w:val="Body"/>
        <w:spacing w:after="0" w:line="240" w:lineRule="auto"/>
        <w:rPr>
          <w:rFonts w:asciiTheme="majorHAnsi" w:hAnsiTheme="majorHAnsi" w:cstheme="majorHAnsi"/>
          <w:b/>
          <w:color w:val="C00000"/>
          <w:sz w:val="20"/>
          <w:szCs w:val="24"/>
        </w:rPr>
      </w:pPr>
    </w:p>
    <w:p w14:paraId="77E34D01" w14:textId="73FFDC01" w:rsidR="009544F9" w:rsidRPr="009544F9" w:rsidRDefault="00BB7D09" w:rsidP="00677584">
      <w:pPr>
        <w:pStyle w:val="Body"/>
        <w:spacing w:after="0"/>
        <w:jc w:val="both"/>
        <w:rPr>
          <w:rFonts w:asciiTheme="majorHAnsi" w:hAnsiTheme="majorHAnsi" w:cstheme="majorHAnsi"/>
          <w:bCs/>
          <w:color w:val="C00000"/>
          <w:sz w:val="20"/>
          <w:szCs w:val="24"/>
        </w:rPr>
      </w:pPr>
      <w:r w:rsidRPr="009544F9">
        <w:rPr>
          <w:rFonts w:asciiTheme="majorHAnsi" w:hAnsiTheme="majorHAnsi" w:cstheme="majorHAnsi"/>
          <w:bCs/>
          <w:color w:val="C00000"/>
          <w:sz w:val="20"/>
          <w:szCs w:val="24"/>
        </w:rPr>
        <w:t xml:space="preserve">Il sottoscritto </w:t>
      </w:r>
      <w:r w:rsidRPr="009544F9">
        <w:rPr>
          <w:rFonts w:asciiTheme="majorHAnsi" w:hAnsiTheme="majorHAnsi" w:cstheme="majorHAnsi"/>
          <w:b/>
          <w:color w:val="C00000"/>
          <w:sz w:val="20"/>
          <w:szCs w:val="24"/>
        </w:rPr>
        <w:t>Responsabile Amministrativo</w:t>
      </w:r>
      <w:r w:rsidRPr="009544F9">
        <w:rPr>
          <w:rFonts w:asciiTheme="majorHAnsi" w:hAnsiTheme="majorHAnsi" w:cstheme="majorHAnsi"/>
          <w:bCs/>
          <w:color w:val="C00000"/>
          <w:sz w:val="20"/>
          <w:szCs w:val="24"/>
        </w:rPr>
        <w:t xml:space="preserve"> </w:t>
      </w:r>
      <w:r w:rsidR="009544F9" w:rsidRPr="009544F9">
        <w:rPr>
          <w:rFonts w:asciiTheme="majorHAnsi" w:hAnsiTheme="majorHAnsi" w:cstheme="majorHAnsi"/>
          <w:bCs/>
          <w:color w:val="C00000"/>
          <w:sz w:val="20"/>
          <w:szCs w:val="24"/>
        </w:rPr>
        <w:t xml:space="preserve">di Facoltà, sotto la propria responsabilità </w:t>
      </w:r>
      <w:r w:rsidR="00677584">
        <w:rPr>
          <w:rFonts w:asciiTheme="majorHAnsi" w:hAnsiTheme="majorHAnsi" w:cstheme="majorHAnsi"/>
          <w:bCs/>
          <w:color w:val="C00000"/>
          <w:sz w:val="20"/>
          <w:szCs w:val="24"/>
        </w:rPr>
        <w:t xml:space="preserve">DICHIARA </w:t>
      </w:r>
      <w:r w:rsidR="009544F9" w:rsidRPr="009544F9">
        <w:rPr>
          <w:rFonts w:asciiTheme="majorHAnsi" w:hAnsiTheme="majorHAnsi" w:cstheme="majorHAnsi"/>
          <w:bCs/>
          <w:color w:val="C00000"/>
          <w:sz w:val="20"/>
          <w:szCs w:val="24"/>
        </w:rPr>
        <w:t>che gli estremi dell’incarico innanzi autorizzato sono stati comunicati in data _______________________ al Dipartimento della Funzione Pubblica a mezzo dell’apposita procedura telematica sul sito web https://www.perlapa.gov.it/ e pubblicati nell’apposita pagina della</w:t>
      </w:r>
      <w:r w:rsidR="00677584">
        <w:rPr>
          <w:rFonts w:asciiTheme="majorHAnsi" w:hAnsiTheme="majorHAnsi" w:cstheme="majorHAnsi"/>
          <w:bCs/>
          <w:color w:val="C00000"/>
          <w:sz w:val="20"/>
          <w:szCs w:val="24"/>
        </w:rPr>
        <w:t xml:space="preserve"> </w:t>
      </w:r>
      <w:r w:rsidR="009544F9" w:rsidRPr="009544F9">
        <w:rPr>
          <w:rFonts w:asciiTheme="majorHAnsi" w:hAnsiTheme="majorHAnsi" w:cstheme="majorHAnsi"/>
          <w:bCs/>
          <w:color w:val="C00000"/>
          <w:sz w:val="20"/>
          <w:szCs w:val="24"/>
        </w:rPr>
        <w:t xml:space="preserve">trasparenza del sito web di Ateneo nei termini prescritti dall’art. 53 del </w:t>
      </w:r>
      <w:proofErr w:type="spellStart"/>
      <w:r w:rsidR="009544F9" w:rsidRPr="009544F9">
        <w:rPr>
          <w:rFonts w:asciiTheme="majorHAnsi" w:hAnsiTheme="majorHAnsi" w:cstheme="majorHAnsi"/>
          <w:bCs/>
          <w:color w:val="C00000"/>
          <w:sz w:val="20"/>
          <w:szCs w:val="24"/>
        </w:rPr>
        <w:t>D.Lgs.</w:t>
      </w:r>
      <w:proofErr w:type="spellEnd"/>
      <w:r w:rsidR="009544F9" w:rsidRPr="009544F9">
        <w:rPr>
          <w:rFonts w:asciiTheme="majorHAnsi" w:hAnsiTheme="majorHAnsi" w:cstheme="majorHAnsi"/>
          <w:bCs/>
          <w:color w:val="C00000"/>
          <w:sz w:val="20"/>
          <w:szCs w:val="24"/>
        </w:rPr>
        <w:t xml:space="preserve"> n. 165/2001. </w:t>
      </w:r>
    </w:p>
    <w:p w14:paraId="48423F63" w14:textId="77777777" w:rsidR="009544F9" w:rsidRDefault="009544F9" w:rsidP="009544F9">
      <w:pPr>
        <w:pStyle w:val="Body"/>
        <w:spacing w:after="0" w:line="240" w:lineRule="auto"/>
        <w:rPr>
          <w:rFonts w:asciiTheme="majorHAnsi" w:hAnsiTheme="majorHAnsi" w:cstheme="majorHAnsi"/>
          <w:b/>
          <w:color w:val="C00000"/>
          <w:sz w:val="20"/>
          <w:szCs w:val="24"/>
        </w:rPr>
      </w:pPr>
    </w:p>
    <w:p w14:paraId="1EE278DC" w14:textId="5825DE7B" w:rsidR="002C6B72" w:rsidRDefault="009544F9" w:rsidP="009544F9">
      <w:pPr>
        <w:pStyle w:val="Body"/>
        <w:spacing w:after="0" w:line="240" w:lineRule="auto"/>
        <w:rPr>
          <w:rFonts w:asciiTheme="majorHAnsi" w:hAnsiTheme="majorHAnsi" w:cstheme="majorHAnsi"/>
          <w:b/>
          <w:color w:val="C00000"/>
          <w:sz w:val="20"/>
          <w:szCs w:val="24"/>
        </w:rPr>
      </w:pPr>
      <w:r w:rsidRPr="009544F9">
        <w:rPr>
          <w:rFonts w:asciiTheme="majorHAnsi" w:hAnsiTheme="majorHAnsi" w:cstheme="majorHAnsi"/>
          <w:b/>
          <w:color w:val="C00000"/>
          <w:sz w:val="20"/>
          <w:szCs w:val="24"/>
        </w:rPr>
        <w:t>Allega alla</w:t>
      </w:r>
      <w:r>
        <w:rPr>
          <w:rFonts w:asciiTheme="majorHAnsi" w:hAnsiTheme="majorHAnsi" w:cstheme="majorHAnsi"/>
          <w:b/>
          <w:color w:val="C00000"/>
          <w:sz w:val="20"/>
          <w:szCs w:val="24"/>
        </w:rPr>
        <w:t xml:space="preserve"> </w:t>
      </w:r>
      <w:r w:rsidRPr="009544F9">
        <w:rPr>
          <w:rFonts w:asciiTheme="majorHAnsi" w:hAnsiTheme="majorHAnsi" w:cstheme="majorHAnsi"/>
          <w:b/>
          <w:color w:val="C00000"/>
          <w:sz w:val="20"/>
          <w:szCs w:val="24"/>
        </w:rPr>
        <w:t xml:space="preserve">presente la stampa dalla registrazione dell’incarico sul sito web </w:t>
      </w:r>
      <w:hyperlink r:id="rId8" w:history="1">
        <w:r w:rsidRPr="004E6A7B">
          <w:rPr>
            <w:rStyle w:val="Collegamentoipertestuale"/>
            <w:rFonts w:asciiTheme="majorHAnsi" w:hAnsiTheme="majorHAnsi" w:cstheme="majorHAnsi"/>
            <w:b/>
            <w:sz w:val="20"/>
            <w:szCs w:val="24"/>
          </w:rPr>
          <w:t>https://www.perlapa.gov.it/</w:t>
        </w:r>
      </w:hyperlink>
    </w:p>
    <w:p w14:paraId="1554EA03" w14:textId="77777777" w:rsidR="009544F9" w:rsidRDefault="009544F9" w:rsidP="009544F9">
      <w:pPr>
        <w:pStyle w:val="Body"/>
        <w:spacing w:after="0" w:line="240" w:lineRule="auto"/>
        <w:rPr>
          <w:rFonts w:asciiTheme="majorHAnsi" w:hAnsiTheme="majorHAnsi" w:cstheme="majorHAnsi"/>
          <w:b/>
          <w:color w:val="C00000"/>
          <w:sz w:val="20"/>
          <w:szCs w:val="24"/>
        </w:rPr>
      </w:pPr>
    </w:p>
    <w:p w14:paraId="53C33E99" w14:textId="77777777" w:rsidR="009544F9" w:rsidRDefault="009544F9" w:rsidP="009544F9">
      <w:pPr>
        <w:pStyle w:val="Body"/>
        <w:spacing w:after="0" w:line="240" w:lineRule="auto"/>
        <w:rPr>
          <w:rFonts w:asciiTheme="majorHAnsi" w:hAnsiTheme="majorHAnsi" w:cstheme="majorHAnsi"/>
          <w:b/>
          <w:color w:val="C00000"/>
          <w:sz w:val="20"/>
          <w:szCs w:val="24"/>
        </w:rPr>
      </w:pPr>
    </w:p>
    <w:p w14:paraId="6DB71AC4" w14:textId="3C35F7C7" w:rsidR="009544F9" w:rsidRDefault="009544F9" w:rsidP="009544F9">
      <w:pPr>
        <w:pStyle w:val="Body"/>
        <w:spacing w:after="0" w:line="240" w:lineRule="auto"/>
        <w:rPr>
          <w:rFonts w:asciiTheme="majorHAnsi" w:hAnsiTheme="majorHAnsi" w:cstheme="majorHAnsi"/>
          <w:b/>
          <w:color w:val="C00000"/>
          <w:sz w:val="20"/>
          <w:szCs w:val="24"/>
        </w:rPr>
      </w:pPr>
      <w:r w:rsidRPr="00127447">
        <w:rPr>
          <w:rFonts w:asciiTheme="majorHAnsi" w:hAnsiTheme="majorHAnsi" w:cstheme="majorHAnsi"/>
          <w:b/>
          <w:color w:val="C00000"/>
          <w:sz w:val="20"/>
          <w:szCs w:val="24"/>
        </w:rPr>
        <w:t>Roma, ____________________</w:t>
      </w:r>
      <w:r w:rsidRPr="00127447">
        <w:rPr>
          <w:rFonts w:asciiTheme="majorHAnsi" w:hAnsiTheme="majorHAnsi" w:cstheme="majorHAnsi"/>
          <w:color w:val="C00000"/>
          <w:sz w:val="20"/>
          <w:szCs w:val="24"/>
        </w:rPr>
        <w:t xml:space="preserve">        </w:t>
      </w:r>
      <w:r w:rsidRPr="00127447">
        <w:rPr>
          <w:rFonts w:asciiTheme="majorHAnsi" w:hAnsiTheme="majorHAnsi" w:cstheme="majorHAnsi"/>
          <w:b/>
          <w:color w:val="C00000"/>
          <w:sz w:val="20"/>
          <w:szCs w:val="24"/>
        </w:rPr>
        <w:t xml:space="preserve">Firma del </w:t>
      </w:r>
      <w:proofErr w:type="gramStart"/>
      <w:r>
        <w:rPr>
          <w:rFonts w:asciiTheme="majorHAnsi" w:hAnsiTheme="majorHAnsi" w:cstheme="majorHAnsi"/>
          <w:b/>
          <w:color w:val="C00000"/>
          <w:sz w:val="20"/>
          <w:szCs w:val="24"/>
        </w:rPr>
        <w:t xml:space="preserve">RA </w:t>
      </w:r>
      <w:r w:rsidRPr="00127447">
        <w:rPr>
          <w:rFonts w:asciiTheme="majorHAnsi" w:hAnsiTheme="majorHAnsi" w:cstheme="majorHAnsi"/>
          <w:b/>
          <w:color w:val="C00000"/>
          <w:sz w:val="20"/>
          <w:szCs w:val="24"/>
        </w:rPr>
        <w:t xml:space="preserve"> _</w:t>
      </w:r>
      <w:proofErr w:type="gramEnd"/>
      <w:r w:rsidRPr="00127447">
        <w:rPr>
          <w:rFonts w:asciiTheme="majorHAnsi" w:hAnsiTheme="majorHAnsi" w:cstheme="majorHAnsi"/>
          <w:b/>
          <w:color w:val="C00000"/>
          <w:sz w:val="20"/>
          <w:szCs w:val="24"/>
        </w:rPr>
        <w:t>_____________</w:t>
      </w:r>
    </w:p>
    <w:p w14:paraId="37986DBF" w14:textId="77777777" w:rsidR="009544F9" w:rsidRDefault="009544F9" w:rsidP="009544F9">
      <w:pPr>
        <w:pStyle w:val="Body"/>
        <w:spacing w:after="0" w:line="240" w:lineRule="auto"/>
        <w:rPr>
          <w:rFonts w:asciiTheme="majorHAnsi" w:hAnsiTheme="majorHAnsi" w:cstheme="majorHAnsi"/>
          <w:b/>
          <w:color w:val="C00000"/>
          <w:sz w:val="20"/>
          <w:szCs w:val="24"/>
        </w:rPr>
      </w:pPr>
    </w:p>
    <w:p w14:paraId="3EFB9504" w14:textId="77777777" w:rsidR="002C6B72" w:rsidRDefault="002C6B72">
      <w:pPr>
        <w:pStyle w:val="Body"/>
        <w:spacing w:after="0" w:line="240" w:lineRule="auto"/>
        <w:rPr>
          <w:rFonts w:asciiTheme="majorHAnsi" w:hAnsiTheme="majorHAnsi" w:cstheme="majorHAnsi"/>
          <w:b/>
          <w:color w:val="C00000"/>
          <w:sz w:val="20"/>
          <w:szCs w:val="24"/>
        </w:rPr>
      </w:pPr>
    </w:p>
    <w:p w14:paraId="4A64C99B" w14:textId="77777777" w:rsidR="002C6B72" w:rsidRDefault="002C6B72">
      <w:pPr>
        <w:pStyle w:val="Body"/>
        <w:spacing w:after="0" w:line="240" w:lineRule="auto"/>
        <w:rPr>
          <w:rFonts w:asciiTheme="majorHAnsi" w:hAnsiTheme="majorHAnsi" w:cstheme="majorHAnsi"/>
          <w:b/>
          <w:color w:val="C00000"/>
          <w:sz w:val="20"/>
          <w:szCs w:val="24"/>
        </w:rPr>
      </w:pPr>
    </w:p>
    <w:p w14:paraId="55D02D29" w14:textId="77777777" w:rsidR="00677584" w:rsidRDefault="00677584">
      <w:pPr>
        <w:pStyle w:val="Body"/>
        <w:spacing w:after="0" w:line="240" w:lineRule="auto"/>
        <w:rPr>
          <w:rFonts w:asciiTheme="majorHAnsi" w:hAnsiTheme="majorHAnsi" w:cstheme="majorHAnsi"/>
          <w:b/>
          <w:color w:val="C00000"/>
          <w:sz w:val="20"/>
          <w:szCs w:val="24"/>
        </w:rPr>
      </w:pPr>
    </w:p>
    <w:p w14:paraId="68BFE9D6" w14:textId="77777777" w:rsidR="00677584" w:rsidRDefault="00677584">
      <w:pPr>
        <w:pStyle w:val="Body"/>
        <w:spacing w:after="0" w:line="240" w:lineRule="auto"/>
        <w:rPr>
          <w:rFonts w:asciiTheme="majorHAnsi" w:hAnsiTheme="majorHAnsi" w:cstheme="majorHAnsi"/>
          <w:b/>
          <w:color w:val="C00000"/>
          <w:sz w:val="20"/>
          <w:szCs w:val="24"/>
        </w:rPr>
      </w:pPr>
    </w:p>
    <w:p w14:paraId="646F11BE" w14:textId="77777777" w:rsidR="002C6B72" w:rsidRPr="00677584" w:rsidRDefault="002C6B72" w:rsidP="002C6B72">
      <w:pPr>
        <w:pStyle w:val="Body"/>
        <w:spacing w:after="0" w:line="240" w:lineRule="auto"/>
        <w:jc w:val="both"/>
        <w:rPr>
          <w:rFonts w:asciiTheme="majorHAnsi" w:hAnsiTheme="majorHAnsi" w:cstheme="majorHAnsi"/>
          <w:b/>
          <w:bCs/>
          <w:color w:val="auto"/>
          <w:sz w:val="18"/>
        </w:rPr>
      </w:pPr>
      <w:r w:rsidRPr="00677584">
        <w:rPr>
          <w:rFonts w:asciiTheme="majorHAnsi" w:hAnsiTheme="majorHAnsi" w:cstheme="majorHAnsi"/>
          <w:b/>
          <w:bCs/>
          <w:color w:val="auto"/>
          <w:sz w:val="18"/>
        </w:rPr>
        <w:t>ISTRUZIONI PER LA COMPILAZIONE DEL MODULO</w:t>
      </w:r>
    </w:p>
    <w:p w14:paraId="0E936700" w14:textId="77777777" w:rsidR="002C6B72" w:rsidRPr="00677584" w:rsidRDefault="002C6B72" w:rsidP="002C6B72">
      <w:pPr>
        <w:pStyle w:val="Body"/>
        <w:spacing w:after="0" w:line="240" w:lineRule="auto"/>
        <w:jc w:val="both"/>
        <w:rPr>
          <w:rFonts w:asciiTheme="majorHAnsi" w:hAnsiTheme="majorHAnsi" w:cstheme="majorHAnsi"/>
          <w:color w:val="auto"/>
          <w:sz w:val="18"/>
        </w:rPr>
      </w:pPr>
      <w:r w:rsidRPr="00677584">
        <w:rPr>
          <w:rFonts w:asciiTheme="majorHAnsi" w:hAnsiTheme="majorHAnsi" w:cstheme="majorHAnsi"/>
          <w:color w:val="auto"/>
          <w:sz w:val="18"/>
        </w:rPr>
        <w:t xml:space="preserve">Sulle richieste di autorizzazione competente a decidere è il Preside, sentito il Direttore del Dipartimento di afferenza del Docente interessato. Per il Rettore, la competenza sulle autorizzazioni ad eventuali incarichi extra-istituzionali spetta al Senato Accademico. Per il Preside spetta al Rettore. </w:t>
      </w:r>
    </w:p>
    <w:p w14:paraId="7D12384B" w14:textId="77777777" w:rsidR="00FB0FD7" w:rsidRPr="00677584" w:rsidRDefault="00FB0FD7" w:rsidP="002C6B72">
      <w:pPr>
        <w:pStyle w:val="Body"/>
        <w:spacing w:after="0" w:line="240" w:lineRule="auto"/>
        <w:jc w:val="both"/>
        <w:rPr>
          <w:rFonts w:asciiTheme="majorHAnsi" w:hAnsiTheme="majorHAnsi" w:cstheme="majorHAnsi"/>
          <w:color w:val="auto"/>
          <w:sz w:val="18"/>
        </w:rPr>
      </w:pPr>
    </w:p>
    <w:p w14:paraId="6D8D06D0" w14:textId="7276EAF7" w:rsidR="002C6B72" w:rsidRPr="00677584" w:rsidRDefault="002C6B72" w:rsidP="002C6B72">
      <w:pPr>
        <w:pStyle w:val="Body"/>
        <w:spacing w:after="0" w:line="240" w:lineRule="auto"/>
        <w:jc w:val="both"/>
        <w:rPr>
          <w:rFonts w:asciiTheme="majorHAnsi" w:hAnsiTheme="majorHAnsi" w:cstheme="majorHAnsi"/>
          <w:color w:val="auto"/>
          <w:sz w:val="18"/>
        </w:rPr>
      </w:pPr>
      <w:r w:rsidRPr="00677584">
        <w:rPr>
          <w:rFonts w:asciiTheme="majorHAnsi" w:hAnsiTheme="majorHAnsi" w:cstheme="majorHAnsi"/>
          <w:color w:val="auto"/>
          <w:sz w:val="18"/>
        </w:rPr>
        <w:t>Il provvedimento di rilascio o di diniego dell’autorizzazione deve essere adottato entro 30 giorni dalla ricezione della richiesta. Per i professori e i ricercatori che prestano servizio presso amministrazioni pubbliche diverse, ivi comprese le Aziende Ospedaliere Universitarie e le altre strutture sanitarie pubbliche convenzionate, l’autorizzazione è subordinata all’intesa tra le due amministrazioni e il termine per il rilascio o il diniego dell’autorizzazione è di 45 giorni. Si prescinde dall’intesa se l'amministrazione presso la quale il professore o il ricercatore presta servizio non si pronunzia entro 10 giorni dalla ricezione della richiesta di intesa da parte di Sapienza. Il termine per la conclusione del procedimento decorre dal giorno successivo alla</w:t>
      </w:r>
      <w:r w:rsidR="004D3CEC">
        <w:rPr>
          <w:rFonts w:asciiTheme="majorHAnsi" w:hAnsiTheme="majorHAnsi" w:cstheme="majorHAnsi"/>
          <w:color w:val="auto"/>
          <w:sz w:val="18"/>
        </w:rPr>
        <w:t xml:space="preserve"> </w:t>
      </w:r>
      <w:r w:rsidRPr="00677584">
        <w:rPr>
          <w:rFonts w:asciiTheme="majorHAnsi" w:hAnsiTheme="majorHAnsi" w:cstheme="majorHAnsi"/>
          <w:color w:val="auto"/>
          <w:sz w:val="18"/>
        </w:rPr>
        <w:t>data in cui l’istanza è stata protocollata, prorogato di ulteriori quindici giorni in caso di necessità di un supplemento di istruttoria.</w:t>
      </w:r>
      <w:r w:rsidR="004D3CEC">
        <w:rPr>
          <w:rFonts w:asciiTheme="majorHAnsi" w:hAnsiTheme="majorHAnsi" w:cstheme="majorHAnsi"/>
          <w:color w:val="auto"/>
          <w:sz w:val="18"/>
        </w:rPr>
        <w:t xml:space="preserve"> </w:t>
      </w:r>
      <w:r w:rsidRPr="00677584">
        <w:rPr>
          <w:rFonts w:asciiTheme="majorHAnsi" w:hAnsiTheme="majorHAnsi" w:cstheme="majorHAnsi"/>
          <w:color w:val="auto"/>
          <w:sz w:val="18"/>
        </w:rPr>
        <w:t>Decorso il termine di 30 o di 45 giorni, l’autorizzazione, se richiesta per incarichi da espletarsi presso amministrazioni pubbliche, si intende accordata; in ogni altro caso si intende negata, salvo che non sia stata interrotta la decorrenza dei termini.</w:t>
      </w:r>
    </w:p>
    <w:p w14:paraId="281FEF81" w14:textId="77777777" w:rsidR="00FB0FD7" w:rsidRPr="00677584" w:rsidRDefault="00FB0FD7" w:rsidP="002C6B72">
      <w:pPr>
        <w:pStyle w:val="Body"/>
        <w:spacing w:after="0" w:line="240" w:lineRule="auto"/>
        <w:jc w:val="both"/>
        <w:rPr>
          <w:rFonts w:asciiTheme="majorHAnsi" w:hAnsiTheme="majorHAnsi" w:cstheme="majorHAnsi"/>
          <w:color w:val="auto"/>
          <w:sz w:val="18"/>
        </w:rPr>
      </w:pPr>
    </w:p>
    <w:p w14:paraId="1C2247AB" w14:textId="329300BA" w:rsidR="002C6B72" w:rsidRPr="00677584" w:rsidRDefault="00FB0FD7" w:rsidP="002C6B72">
      <w:pPr>
        <w:pStyle w:val="Body"/>
        <w:spacing w:after="0" w:line="240" w:lineRule="auto"/>
        <w:jc w:val="both"/>
        <w:rPr>
          <w:rFonts w:asciiTheme="majorHAnsi" w:hAnsiTheme="majorHAnsi" w:cstheme="majorHAnsi"/>
          <w:color w:val="auto"/>
          <w:sz w:val="18"/>
        </w:rPr>
      </w:pPr>
      <w:r w:rsidRPr="00677584">
        <w:rPr>
          <w:rFonts w:asciiTheme="majorHAnsi" w:hAnsiTheme="majorHAnsi" w:cstheme="majorHAnsi"/>
          <w:color w:val="auto"/>
          <w:sz w:val="18"/>
        </w:rPr>
        <w:t xml:space="preserve">Il Responsabile Amministrativo di Facoltà </w:t>
      </w:r>
      <w:r w:rsidR="00413532" w:rsidRPr="00677584">
        <w:rPr>
          <w:rFonts w:asciiTheme="majorHAnsi" w:hAnsiTheme="majorHAnsi" w:cstheme="majorHAnsi"/>
          <w:color w:val="auto"/>
          <w:sz w:val="18"/>
        </w:rPr>
        <w:t>procederà con la repertoriazione del modulo completo delle sottoscrizioni dell’istante, del/della Direttore/Direttrice del Dipartimento e del/della Preside di Facoltà. L’esito dell’istruttoria sarà contestualmente trasmesso, tramite Titulus, al/alla docente.</w:t>
      </w:r>
      <w:r w:rsidRPr="00677584">
        <w:rPr>
          <w:rFonts w:asciiTheme="majorHAnsi" w:hAnsiTheme="majorHAnsi" w:cstheme="majorHAnsi"/>
          <w:color w:val="auto"/>
          <w:sz w:val="18"/>
        </w:rPr>
        <w:t xml:space="preserve"> </w:t>
      </w:r>
      <w:r w:rsidR="002C6B72" w:rsidRPr="00677584">
        <w:rPr>
          <w:rFonts w:asciiTheme="majorHAnsi" w:hAnsiTheme="majorHAnsi" w:cstheme="majorHAnsi"/>
          <w:color w:val="auto"/>
          <w:sz w:val="18"/>
        </w:rPr>
        <w:t>Per gli incarichi affidati con delibera o su proposta degli Organi di governo dell’Università e da espletarsi in</w:t>
      </w:r>
      <w:r w:rsidR="005C1A14" w:rsidRPr="00677584">
        <w:rPr>
          <w:rFonts w:asciiTheme="majorHAnsi" w:hAnsiTheme="majorHAnsi" w:cstheme="majorHAnsi"/>
          <w:color w:val="auto"/>
          <w:sz w:val="18"/>
        </w:rPr>
        <w:t xml:space="preserve"> </w:t>
      </w:r>
      <w:r w:rsidR="002C6B72" w:rsidRPr="00677584">
        <w:rPr>
          <w:rFonts w:asciiTheme="majorHAnsi" w:hAnsiTheme="majorHAnsi" w:cstheme="majorHAnsi"/>
          <w:color w:val="auto"/>
          <w:sz w:val="18"/>
        </w:rPr>
        <w:t>nome dell’Università stessa i predetti adempimenti sono curati dal</w:t>
      </w:r>
      <w:r w:rsidR="00265C45" w:rsidRPr="00677584">
        <w:rPr>
          <w:rFonts w:asciiTheme="majorHAnsi" w:hAnsiTheme="majorHAnsi" w:cstheme="majorHAnsi"/>
          <w:color w:val="auto"/>
          <w:sz w:val="18"/>
        </w:rPr>
        <w:t>l’Area Servizi alle Strutture di Ateneo.</w:t>
      </w:r>
    </w:p>
    <w:sectPr w:rsidR="002C6B72" w:rsidRPr="00677584" w:rsidSect="00476C68">
      <w:headerReference w:type="default" r:id="rId9"/>
      <w:footerReference w:type="default" r:id="rId10"/>
      <w:pgSz w:w="12240" w:h="15840"/>
      <w:pgMar w:top="1985" w:right="964" w:bottom="850" w:left="964" w:header="284" w:footer="19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2CDDDB" w14:textId="77777777" w:rsidR="004F1A97" w:rsidRDefault="004F1A97" w:rsidP="00936287">
      <w:pPr>
        <w:spacing w:after="0" w:line="240" w:lineRule="auto"/>
      </w:pPr>
      <w:r>
        <w:separator/>
      </w:r>
    </w:p>
  </w:endnote>
  <w:endnote w:type="continuationSeparator" w:id="0">
    <w:p w14:paraId="5C0D3800" w14:textId="77777777" w:rsidR="004F1A97" w:rsidRDefault="004F1A97" w:rsidP="00936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CC4298" w14:textId="77777777" w:rsidR="008A3802" w:rsidRPr="008A3802" w:rsidRDefault="008A3802">
    <w:pPr>
      <w:tabs>
        <w:tab w:val="center" w:pos="4550"/>
        <w:tab w:val="left" w:pos="5818"/>
      </w:tabs>
      <w:ind w:right="260"/>
      <w:jc w:val="right"/>
      <w:rPr>
        <w:rFonts w:asciiTheme="majorHAnsi" w:hAnsiTheme="majorHAnsi" w:cstheme="majorHAnsi"/>
        <w:color w:val="C00000"/>
        <w:sz w:val="14"/>
        <w:szCs w:val="14"/>
      </w:rPr>
    </w:pPr>
    <w:r w:rsidRPr="008A3802">
      <w:rPr>
        <w:rFonts w:asciiTheme="majorHAnsi" w:hAnsiTheme="majorHAnsi" w:cstheme="majorHAnsi"/>
        <w:color w:val="C00000"/>
        <w:spacing w:val="60"/>
        <w:sz w:val="14"/>
        <w:szCs w:val="14"/>
      </w:rPr>
      <w:t>Pag.</w:t>
    </w:r>
    <w:r w:rsidRPr="008A3802">
      <w:rPr>
        <w:rFonts w:asciiTheme="majorHAnsi" w:hAnsiTheme="majorHAnsi" w:cstheme="majorHAnsi"/>
        <w:color w:val="C00000"/>
        <w:sz w:val="14"/>
        <w:szCs w:val="14"/>
      </w:rPr>
      <w:t xml:space="preserve"> </w:t>
    </w:r>
    <w:r w:rsidRPr="008A3802">
      <w:rPr>
        <w:rFonts w:asciiTheme="majorHAnsi" w:hAnsiTheme="majorHAnsi" w:cstheme="majorHAnsi"/>
        <w:color w:val="C00000"/>
        <w:sz w:val="14"/>
        <w:szCs w:val="14"/>
      </w:rPr>
      <w:fldChar w:fldCharType="begin"/>
    </w:r>
    <w:r w:rsidRPr="008A3802">
      <w:rPr>
        <w:rFonts w:asciiTheme="majorHAnsi" w:hAnsiTheme="majorHAnsi" w:cstheme="majorHAnsi"/>
        <w:color w:val="C00000"/>
        <w:sz w:val="14"/>
        <w:szCs w:val="14"/>
      </w:rPr>
      <w:instrText>PAGE   \* MERGEFORMAT</w:instrText>
    </w:r>
    <w:r w:rsidRPr="008A3802">
      <w:rPr>
        <w:rFonts w:asciiTheme="majorHAnsi" w:hAnsiTheme="majorHAnsi" w:cstheme="majorHAnsi"/>
        <w:color w:val="C00000"/>
        <w:sz w:val="14"/>
        <w:szCs w:val="14"/>
      </w:rPr>
      <w:fldChar w:fldCharType="separate"/>
    </w:r>
    <w:r w:rsidRPr="008A3802">
      <w:rPr>
        <w:rFonts w:asciiTheme="majorHAnsi" w:hAnsiTheme="majorHAnsi" w:cstheme="majorHAnsi"/>
        <w:color w:val="C00000"/>
        <w:sz w:val="14"/>
        <w:szCs w:val="14"/>
      </w:rPr>
      <w:t>1</w:t>
    </w:r>
    <w:r w:rsidRPr="008A3802">
      <w:rPr>
        <w:rFonts w:asciiTheme="majorHAnsi" w:hAnsiTheme="majorHAnsi" w:cstheme="majorHAnsi"/>
        <w:color w:val="C00000"/>
        <w:sz w:val="14"/>
        <w:szCs w:val="14"/>
      </w:rPr>
      <w:fldChar w:fldCharType="end"/>
    </w:r>
    <w:r w:rsidRPr="008A3802">
      <w:rPr>
        <w:rFonts w:asciiTheme="majorHAnsi" w:hAnsiTheme="majorHAnsi" w:cstheme="majorHAnsi"/>
        <w:color w:val="C00000"/>
        <w:sz w:val="14"/>
        <w:szCs w:val="14"/>
      </w:rPr>
      <w:t xml:space="preserve"> | </w:t>
    </w:r>
    <w:r w:rsidRPr="008A3802">
      <w:rPr>
        <w:rFonts w:asciiTheme="majorHAnsi" w:hAnsiTheme="majorHAnsi" w:cstheme="majorHAnsi"/>
        <w:color w:val="C00000"/>
        <w:sz w:val="14"/>
        <w:szCs w:val="14"/>
      </w:rPr>
      <w:fldChar w:fldCharType="begin"/>
    </w:r>
    <w:r w:rsidRPr="008A3802">
      <w:rPr>
        <w:rFonts w:asciiTheme="majorHAnsi" w:hAnsiTheme="majorHAnsi" w:cstheme="majorHAnsi"/>
        <w:color w:val="C00000"/>
        <w:sz w:val="14"/>
        <w:szCs w:val="14"/>
      </w:rPr>
      <w:instrText>NUMPAGES  \* Arabic  \* MERGEFORMAT</w:instrText>
    </w:r>
    <w:r w:rsidRPr="008A3802">
      <w:rPr>
        <w:rFonts w:asciiTheme="majorHAnsi" w:hAnsiTheme="majorHAnsi" w:cstheme="majorHAnsi"/>
        <w:color w:val="C00000"/>
        <w:sz w:val="14"/>
        <w:szCs w:val="14"/>
      </w:rPr>
      <w:fldChar w:fldCharType="separate"/>
    </w:r>
    <w:r w:rsidRPr="008A3802">
      <w:rPr>
        <w:rFonts w:asciiTheme="majorHAnsi" w:hAnsiTheme="majorHAnsi" w:cstheme="majorHAnsi"/>
        <w:color w:val="C00000"/>
        <w:sz w:val="14"/>
        <w:szCs w:val="14"/>
      </w:rPr>
      <w:t>1</w:t>
    </w:r>
    <w:r w:rsidRPr="008A3802">
      <w:rPr>
        <w:rFonts w:asciiTheme="majorHAnsi" w:hAnsiTheme="majorHAnsi" w:cstheme="majorHAnsi"/>
        <w:color w:val="C00000"/>
        <w:sz w:val="14"/>
        <w:szCs w:val="14"/>
      </w:rPr>
      <w:fldChar w:fldCharType="end"/>
    </w:r>
  </w:p>
  <w:p w14:paraId="595E153C" w14:textId="77777777" w:rsidR="007F2C20" w:rsidRDefault="007F2C2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2F17BD" w14:textId="77777777" w:rsidR="004F1A97" w:rsidRDefault="004F1A97" w:rsidP="00936287">
      <w:pPr>
        <w:spacing w:after="0" w:line="240" w:lineRule="auto"/>
      </w:pPr>
      <w:r>
        <w:separator/>
      </w:r>
    </w:p>
  </w:footnote>
  <w:footnote w:type="continuationSeparator" w:id="0">
    <w:p w14:paraId="31630D3E" w14:textId="77777777" w:rsidR="004F1A97" w:rsidRDefault="004F1A97" w:rsidP="009362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F713A3" w14:textId="77777777" w:rsidR="007C7587" w:rsidRDefault="007C7587">
    <w:pPr>
      <w:pStyle w:val="Intestazione"/>
      <w:rPr>
        <w:rFonts w:asciiTheme="majorHAnsi" w:hAnsiTheme="majorHAnsi" w:cstheme="majorHAnsi"/>
        <w:i/>
      </w:rPr>
    </w:pPr>
    <w:r>
      <w:rPr>
        <w:b/>
        <w:bCs/>
        <w:noProof/>
        <w:sz w:val="32"/>
        <w:szCs w:val="32"/>
        <w14:ligatures w14:val="standardContextual"/>
      </w:rPr>
      <w:drawing>
        <wp:inline distT="0" distB="0" distL="0" distR="0" wp14:anchorId="6D66383B" wp14:editId="23108304">
          <wp:extent cx="971550" cy="626806"/>
          <wp:effectExtent l="0" t="0" r="0" b="1905"/>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3624" cy="628144"/>
                  </a:xfrm>
                  <a:prstGeom prst="rect">
                    <a:avLst/>
                  </a:prstGeom>
                  <a:noFill/>
                  <a:ln>
                    <a:noFill/>
                  </a:ln>
                </pic:spPr>
              </pic:pic>
            </a:graphicData>
          </a:graphic>
        </wp:inline>
      </w:drawing>
    </w:r>
  </w:p>
  <w:p w14:paraId="76FA8464" w14:textId="69E43A14" w:rsidR="001744CD" w:rsidRPr="009234CC" w:rsidRDefault="0094167F">
    <w:pPr>
      <w:pStyle w:val="Intestazione"/>
      <w:rPr>
        <w:rFonts w:asciiTheme="majorHAnsi" w:hAnsiTheme="majorHAnsi" w:cstheme="majorHAnsi"/>
        <w:i/>
      </w:rPr>
    </w:pPr>
    <w:r>
      <w:rPr>
        <w:rFonts w:asciiTheme="majorHAnsi" w:hAnsiTheme="majorHAnsi" w:cstheme="majorHAnsi"/>
        <w:i/>
      </w:rPr>
      <w:t xml:space="preserve">             </w:t>
    </w:r>
    <w:r w:rsidR="001744CD" w:rsidRPr="007F70F6">
      <w:rPr>
        <w:rFonts w:asciiTheme="majorHAnsi" w:hAnsiTheme="majorHAnsi" w:cstheme="majorHAnsi"/>
        <w:i/>
      </w:rPr>
      <w:t>Modulo 2026</w:t>
    </w:r>
    <w:r w:rsidR="009234CC">
      <w:rPr>
        <w:rFonts w:asciiTheme="majorHAnsi" w:hAnsiTheme="majorHAnsi" w:cstheme="majorHAnsi"/>
        <w:i/>
      </w:rPr>
      <w:t xml:space="preserve"> - </w:t>
    </w:r>
    <w:r w:rsidR="001744CD" w:rsidRPr="007F70F6">
      <w:rPr>
        <w:rFonts w:asciiTheme="majorHAnsi" w:hAnsiTheme="majorHAnsi" w:cstheme="majorHAnsi"/>
        <w:i/>
      </w:rPr>
      <w:t>personale docente e ricercatore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0A8B2249"/>
    <w:multiLevelType w:val="hybridMultilevel"/>
    <w:tmpl w:val="01BCDBC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CC224A2"/>
    <w:multiLevelType w:val="hybridMultilevel"/>
    <w:tmpl w:val="3A5411A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0D8977C1"/>
    <w:multiLevelType w:val="hybridMultilevel"/>
    <w:tmpl w:val="16261EAE"/>
    <w:lvl w:ilvl="0" w:tplc="04100005">
      <w:start w:val="1"/>
      <w:numFmt w:val="bullet"/>
      <w:lvlText w:val=""/>
      <w:lvlJc w:val="left"/>
      <w:pPr>
        <w:ind w:left="833" w:hanging="360"/>
      </w:pPr>
      <w:rPr>
        <w:rFonts w:ascii="Wingdings" w:hAnsi="Wingdings" w:hint="default"/>
      </w:rPr>
    </w:lvl>
    <w:lvl w:ilvl="1" w:tplc="04100003" w:tentative="1">
      <w:start w:val="1"/>
      <w:numFmt w:val="bullet"/>
      <w:lvlText w:val="o"/>
      <w:lvlJc w:val="left"/>
      <w:pPr>
        <w:ind w:left="1553" w:hanging="360"/>
      </w:pPr>
      <w:rPr>
        <w:rFonts w:ascii="Courier New" w:hAnsi="Courier New" w:cs="Courier New" w:hint="default"/>
      </w:rPr>
    </w:lvl>
    <w:lvl w:ilvl="2" w:tplc="04100005" w:tentative="1">
      <w:start w:val="1"/>
      <w:numFmt w:val="bullet"/>
      <w:lvlText w:val=""/>
      <w:lvlJc w:val="left"/>
      <w:pPr>
        <w:ind w:left="2273" w:hanging="360"/>
      </w:pPr>
      <w:rPr>
        <w:rFonts w:ascii="Wingdings" w:hAnsi="Wingdings" w:hint="default"/>
      </w:rPr>
    </w:lvl>
    <w:lvl w:ilvl="3" w:tplc="04100001" w:tentative="1">
      <w:start w:val="1"/>
      <w:numFmt w:val="bullet"/>
      <w:lvlText w:val=""/>
      <w:lvlJc w:val="left"/>
      <w:pPr>
        <w:ind w:left="2993" w:hanging="360"/>
      </w:pPr>
      <w:rPr>
        <w:rFonts w:ascii="Symbol" w:hAnsi="Symbol" w:hint="default"/>
      </w:rPr>
    </w:lvl>
    <w:lvl w:ilvl="4" w:tplc="04100003" w:tentative="1">
      <w:start w:val="1"/>
      <w:numFmt w:val="bullet"/>
      <w:lvlText w:val="o"/>
      <w:lvlJc w:val="left"/>
      <w:pPr>
        <w:ind w:left="3713" w:hanging="360"/>
      </w:pPr>
      <w:rPr>
        <w:rFonts w:ascii="Courier New" w:hAnsi="Courier New" w:cs="Courier New" w:hint="default"/>
      </w:rPr>
    </w:lvl>
    <w:lvl w:ilvl="5" w:tplc="04100005" w:tentative="1">
      <w:start w:val="1"/>
      <w:numFmt w:val="bullet"/>
      <w:lvlText w:val=""/>
      <w:lvlJc w:val="left"/>
      <w:pPr>
        <w:ind w:left="4433" w:hanging="360"/>
      </w:pPr>
      <w:rPr>
        <w:rFonts w:ascii="Wingdings" w:hAnsi="Wingdings" w:hint="default"/>
      </w:rPr>
    </w:lvl>
    <w:lvl w:ilvl="6" w:tplc="04100001" w:tentative="1">
      <w:start w:val="1"/>
      <w:numFmt w:val="bullet"/>
      <w:lvlText w:val=""/>
      <w:lvlJc w:val="left"/>
      <w:pPr>
        <w:ind w:left="5153" w:hanging="360"/>
      </w:pPr>
      <w:rPr>
        <w:rFonts w:ascii="Symbol" w:hAnsi="Symbol" w:hint="default"/>
      </w:rPr>
    </w:lvl>
    <w:lvl w:ilvl="7" w:tplc="04100003" w:tentative="1">
      <w:start w:val="1"/>
      <w:numFmt w:val="bullet"/>
      <w:lvlText w:val="o"/>
      <w:lvlJc w:val="left"/>
      <w:pPr>
        <w:ind w:left="5873" w:hanging="360"/>
      </w:pPr>
      <w:rPr>
        <w:rFonts w:ascii="Courier New" w:hAnsi="Courier New" w:cs="Courier New" w:hint="default"/>
      </w:rPr>
    </w:lvl>
    <w:lvl w:ilvl="8" w:tplc="04100005" w:tentative="1">
      <w:start w:val="1"/>
      <w:numFmt w:val="bullet"/>
      <w:lvlText w:val=""/>
      <w:lvlJc w:val="left"/>
      <w:pPr>
        <w:ind w:left="6593" w:hanging="360"/>
      </w:pPr>
      <w:rPr>
        <w:rFonts w:ascii="Wingdings" w:hAnsi="Wingdings" w:hint="default"/>
      </w:rPr>
    </w:lvl>
  </w:abstractNum>
  <w:abstractNum w:abstractNumId="12" w15:restartNumberingAfterBreak="0">
    <w:nsid w:val="0F6246EE"/>
    <w:multiLevelType w:val="hybridMultilevel"/>
    <w:tmpl w:val="AFDC296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B193E51"/>
    <w:multiLevelType w:val="hybridMultilevel"/>
    <w:tmpl w:val="E0AE218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11"/>
  </w:num>
  <w:num w:numId="12">
    <w:abstractNumId w:val="12"/>
  </w:num>
  <w:num w:numId="13">
    <w:abstractNumId w:val="1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1C8"/>
    <w:rsid w:val="00034616"/>
    <w:rsid w:val="00053211"/>
    <w:rsid w:val="0006063C"/>
    <w:rsid w:val="000B156E"/>
    <w:rsid w:val="00127447"/>
    <w:rsid w:val="0015074B"/>
    <w:rsid w:val="001742A9"/>
    <w:rsid w:val="001744CD"/>
    <w:rsid w:val="001A67BD"/>
    <w:rsid w:val="001E32D0"/>
    <w:rsid w:val="001E49A9"/>
    <w:rsid w:val="00211536"/>
    <w:rsid w:val="00232CFE"/>
    <w:rsid w:val="00265C45"/>
    <w:rsid w:val="00284BB6"/>
    <w:rsid w:val="0029639D"/>
    <w:rsid w:val="002A3F6E"/>
    <w:rsid w:val="002B1061"/>
    <w:rsid w:val="002B20C8"/>
    <w:rsid w:val="002C6B72"/>
    <w:rsid w:val="00326F90"/>
    <w:rsid w:val="003438FC"/>
    <w:rsid w:val="003D1AE6"/>
    <w:rsid w:val="003D74DF"/>
    <w:rsid w:val="00402DB6"/>
    <w:rsid w:val="00413532"/>
    <w:rsid w:val="00415961"/>
    <w:rsid w:val="00476C68"/>
    <w:rsid w:val="00490E20"/>
    <w:rsid w:val="004A42FA"/>
    <w:rsid w:val="004A57F4"/>
    <w:rsid w:val="004C3678"/>
    <w:rsid w:val="004D3CEC"/>
    <w:rsid w:val="004E3C34"/>
    <w:rsid w:val="004F1A97"/>
    <w:rsid w:val="00537915"/>
    <w:rsid w:val="005A51F8"/>
    <w:rsid w:val="005C1A14"/>
    <w:rsid w:val="006067CC"/>
    <w:rsid w:val="00625C83"/>
    <w:rsid w:val="006261B4"/>
    <w:rsid w:val="006660C7"/>
    <w:rsid w:val="00677584"/>
    <w:rsid w:val="006B0214"/>
    <w:rsid w:val="006C57F8"/>
    <w:rsid w:val="00705C5D"/>
    <w:rsid w:val="007119DA"/>
    <w:rsid w:val="00766A26"/>
    <w:rsid w:val="0078070D"/>
    <w:rsid w:val="0078161B"/>
    <w:rsid w:val="007C7587"/>
    <w:rsid w:val="007F2C20"/>
    <w:rsid w:val="007F70F6"/>
    <w:rsid w:val="00877AA3"/>
    <w:rsid w:val="008A3802"/>
    <w:rsid w:val="008D1E5D"/>
    <w:rsid w:val="009234CC"/>
    <w:rsid w:val="00936287"/>
    <w:rsid w:val="0094167F"/>
    <w:rsid w:val="00944986"/>
    <w:rsid w:val="00950F86"/>
    <w:rsid w:val="009544F9"/>
    <w:rsid w:val="00975144"/>
    <w:rsid w:val="009B45C3"/>
    <w:rsid w:val="009E4CCF"/>
    <w:rsid w:val="00A148F5"/>
    <w:rsid w:val="00A42941"/>
    <w:rsid w:val="00A77EB6"/>
    <w:rsid w:val="00AA1D8D"/>
    <w:rsid w:val="00AB45DE"/>
    <w:rsid w:val="00B30ED1"/>
    <w:rsid w:val="00B47730"/>
    <w:rsid w:val="00B94EAF"/>
    <w:rsid w:val="00BB397B"/>
    <w:rsid w:val="00BB7D09"/>
    <w:rsid w:val="00C93128"/>
    <w:rsid w:val="00CB0664"/>
    <w:rsid w:val="00CB2840"/>
    <w:rsid w:val="00D04DC8"/>
    <w:rsid w:val="00E325B0"/>
    <w:rsid w:val="00EC16A4"/>
    <w:rsid w:val="00F30938"/>
    <w:rsid w:val="00FB0FD7"/>
    <w:rsid w:val="00FC693F"/>
    <w:rsid w:val="00FE6E33"/>
    <w:rsid w:val="00FF7B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062061"/>
  <w14:defaultImageDpi w14:val="300"/>
  <w15:docId w15:val="{75DB2BC1-402C-48D5-92D5-A78108FF4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FC693F"/>
    <w:rPr>
      <w:rFonts w:ascii="Aptos" w:hAnsi="Aptos"/>
      <w:color w:val="222222"/>
      <w:sz w:val="19"/>
      <w:lang w:val="it-IT"/>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Title">
    <w:name w:val="FormTitle"/>
    <w:basedOn w:val="Titolo"/>
    <w:rPr>
      <w:rFonts w:ascii="Aptos" w:hAnsi="Aptos"/>
      <w:b/>
      <w:color w:val="1F3864"/>
      <w:sz w:val="28"/>
    </w:rPr>
  </w:style>
  <w:style w:type="paragraph" w:customStyle="1" w:styleId="SectionHead">
    <w:name w:val="SectionHead"/>
    <w:basedOn w:val="Titolo1"/>
    <w:rPr>
      <w:rFonts w:ascii="Aptos" w:hAnsi="Aptos"/>
      <w:color w:val="1F3864"/>
      <w:sz w:val="21"/>
    </w:rPr>
  </w:style>
  <w:style w:type="paragraph" w:customStyle="1" w:styleId="Small">
    <w:name w:val="Small"/>
    <w:basedOn w:val="Normale"/>
    <w:rPr>
      <w:color w:val="333333"/>
      <w:sz w:val="17"/>
    </w:rPr>
  </w:style>
  <w:style w:type="paragraph" w:customStyle="1" w:styleId="Body">
    <w:name w:val="Body"/>
    <w:basedOn w:val="Normale"/>
  </w:style>
  <w:style w:type="character" w:styleId="Collegamentoipertestuale">
    <w:name w:val="Hyperlink"/>
    <w:basedOn w:val="Carpredefinitoparagrafo"/>
    <w:uiPriority w:val="99"/>
    <w:unhideWhenUsed/>
    <w:rsid w:val="00265C45"/>
    <w:rPr>
      <w:color w:val="0000FF" w:themeColor="hyperlink"/>
      <w:u w:val="single"/>
    </w:rPr>
  </w:style>
  <w:style w:type="character" w:styleId="Menzionenonrisolta">
    <w:name w:val="Unresolved Mention"/>
    <w:basedOn w:val="Carpredefinitoparagrafo"/>
    <w:uiPriority w:val="99"/>
    <w:semiHidden/>
    <w:unhideWhenUsed/>
    <w:rsid w:val="00265C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rlapa.gov.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08259-5565-4590-80C0-FC20EDBA4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1720</Words>
  <Characters>9809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Angela Cavazzini</cp:lastModifiedBy>
  <cp:revision>28</cp:revision>
  <dcterms:created xsi:type="dcterms:W3CDTF">2026-06-10T09:48:00Z</dcterms:created>
  <dcterms:modified xsi:type="dcterms:W3CDTF">2026-06-30T10:44:00Z</dcterms:modified>
  <cp:category/>
</cp:coreProperties>
</file>